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AEF5" w14:textId="77777777" w:rsidR="00CE46EE" w:rsidRPr="00DE1508" w:rsidRDefault="00000000">
      <w:pPr>
        <w:pStyle w:val="Titolo"/>
        <w:rPr>
          <w:sz w:val="48"/>
          <w:szCs w:val="48"/>
        </w:rPr>
      </w:pPr>
      <w:r w:rsidRPr="00DE1508">
        <w:rPr>
          <w:sz w:val="48"/>
          <w:szCs w:val="48"/>
        </w:rPr>
        <w:t>ALLEGATO B</w:t>
      </w:r>
    </w:p>
    <w:p w14:paraId="109AAA86" w14:textId="77777777" w:rsidR="00CE46EE" w:rsidRDefault="00000000">
      <w:pPr>
        <w:pStyle w:val="Titolo1"/>
      </w:pPr>
      <w:r>
        <w:t>Scheda per la dichiarazione dei titoli e delle esperienze professionali</w:t>
      </w:r>
    </w:p>
    <w:p w14:paraId="188C8F07" w14:textId="77777777" w:rsidR="00CE46EE" w:rsidRDefault="00000000">
      <w:r>
        <w:t>Selezione interna, per titoli e colloquio, finalizzata alla mobilità orizzontale – Addetto/a al supporto tecnico-amministrativo e alla gestione documentale per i Centri Operativi di Raccolta – livello 3A – C2S del CCNL Utilitalia Servizi Ambientali.</w:t>
      </w:r>
    </w:p>
    <w:p w14:paraId="6357C9CC" w14:textId="77777777" w:rsidR="00CE46EE" w:rsidRDefault="00000000">
      <w:r>
        <w:t>Il/La sottoscritto/a __________________________________________________</w:t>
      </w:r>
      <w:r>
        <w:br/>
        <w:t>Codice fiscale: _____________________________________________________</w:t>
      </w:r>
      <w:r>
        <w:br/>
        <w:t>Matricola aziendale: _________________________________________________</w:t>
      </w:r>
    </w:p>
    <w:p w14:paraId="39E5712D" w14:textId="77777777" w:rsidR="00CE46EE" w:rsidRDefault="00000000">
      <w:r>
        <w:t>In relazione alla domanda di partecipazione alla selezione indetta con determina dell’Amministratore Unico n. 175 del 07/10/2026, sotto la propria responsabilità e consapevole delle conseguenze previste dagli articoli 75 e 76 del D.P.R. 445/2000, ove applicabili, dichiara i seguenti titoli e periodi di esperienza professionale dei quali richiede la valutazione ai sensi dell’articolo 6 dell’avviso.</w:t>
      </w:r>
    </w:p>
    <w:p w14:paraId="32338B90" w14:textId="77777777" w:rsidR="00CE46EE" w:rsidRDefault="00000000">
      <w:pPr>
        <w:pStyle w:val="Titolo1"/>
      </w:pPr>
      <w:r>
        <w:t>1. Titoli di studio e formazione attinente</w:t>
      </w:r>
    </w:p>
    <w:p w14:paraId="7E7DE056" w14:textId="77777777" w:rsidR="00CE46EE" w:rsidRDefault="00000000">
      <w:r>
        <w:t>Punteggio massimo attribuibile: 15 punti. Sono valutati i titoli pertinenti alle attività tecnico-amministrative, documentali, organizzative e di gestione delle informazioni previste per il profilo. Compilare una scheda per ciascun titolo e duplicarla, se necessario.</w:t>
      </w:r>
    </w:p>
    <w:p w14:paraId="3E1438F4" w14:textId="77777777" w:rsidR="00CE46EE" w:rsidRDefault="00000000">
      <w:pPr>
        <w:pStyle w:val="Titolo2"/>
      </w:pPr>
      <w:r>
        <w:t>Titolo n. 1</w:t>
      </w:r>
    </w:p>
    <w:p w14:paraId="28D9D045" w14:textId="77777777" w:rsidR="00CE46EE" w:rsidRDefault="00000000">
      <w:r>
        <w:t>Tipologia (barrare la casella pertinente):</w:t>
      </w:r>
      <w:r>
        <w:br/>
        <w:t>☐ Laurea triennale</w:t>
      </w:r>
      <w:r>
        <w:br/>
        <w:t>☐ Laurea magistrale o specialistica</w:t>
      </w:r>
      <w:r>
        <w:br/>
        <w:t>☐ Diploma di laurea del vecchio ordinamento</w:t>
      </w:r>
      <w:r>
        <w:br/>
        <w:t>☐ Master universitario di I livello</w:t>
      </w:r>
      <w:r>
        <w:br/>
        <w:t>☐ Master universitario di II livello</w:t>
      </w:r>
      <w:r>
        <w:br/>
        <w:t>☐ Abilitazione professionale attinente</w:t>
      </w:r>
    </w:p>
    <w:p w14:paraId="4717A28F" w14:textId="77777777" w:rsidR="00CE46EE" w:rsidRDefault="00000000">
      <w:r>
        <w:t>Denominazione esatta del titolo: ______________________________________________</w:t>
      </w:r>
    </w:p>
    <w:p w14:paraId="70C42A54" w14:textId="77777777" w:rsidR="00CE46EE" w:rsidRDefault="00000000">
      <w:r>
        <w:t>Classe di laurea, ove prevista: ______________________________________________</w:t>
      </w:r>
    </w:p>
    <w:p w14:paraId="3098C550" w14:textId="77777777" w:rsidR="00CE46EE" w:rsidRDefault="00000000">
      <w:r>
        <w:t>Università / istituzione / ente che ha rilasciato il titolo: ______________________________________________</w:t>
      </w:r>
    </w:p>
    <w:p w14:paraId="6FD65E02" w14:textId="77777777" w:rsidR="00CE46EE" w:rsidRDefault="00000000">
      <w:r>
        <w:t>Data di conseguimento: ______________________________________________</w:t>
      </w:r>
    </w:p>
    <w:p w14:paraId="0DE16BAA" w14:textId="77777777" w:rsidR="00CE46EE" w:rsidRDefault="00000000">
      <w:r>
        <w:t>Votazione, ove prevista: ______________________________________________</w:t>
      </w:r>
    </w:p>
    <w:p w14:paraId="1BEC12D4" w14:textId="77777777" w:rsidR="00CE46EE" w:rsidRDefault="00000000">
      <w:r>
        <w:t>Durata del percorso / CFU, ove pertinenti: ______________________________________________</w:t>
      </w:r>
    </w:p>
    <w:p w14:paraId="4A9B2016" w14:textId="77777777" w:rsidR="00CE46EE" w:rsidRDefault="00000000">
      <w:r>
        <w:t>Attinenza alle mansioni del profilo: ______________________________________________</w:t>
      </w:r>
    </w:p>
    <w:p w14:paraId="3C2ADA5D" w14:textId="77777777" w:rsidR="00CE46EE" w:rsidRDefault="00000000">
      <w:r>
        <w:t>Documentazione allegata o riferimenti agli atti aziendali: ______________________________________________</w:t>
      </w:r>
    </w:p>
    <w:p w14:paraId="5307EA9D" w14:textId="77777777" w:rsidR="00CE46EE" w:rsidRDefault="00000000">
      <w:r>
        <w:t>Per laurea magistrale o specialistica: indicare la laurea triennale appartenente al medesimo percorso di studi, se dichiarata nella presente scheda:</w:t>
      </w:r>
      <w:r>
        <w:br/>
        <w:t>________________________________________________________________</w:t>
      </w:r>
    </w:p>
    <w:p w14:paraId="71C07827" w14:textId="77777777" w:rsidR="00CE46EE" w:rsidRDefault="00000000">
      <w:pPr>
        <w:pStyle w:val="Titolo2"/>
      </w:pPr>
      <w:r>
        <w:lastRenderedPageBreak/>
        <w:t>Titolo n. 2</w:t>
      </w:r>
    </w:p>
    <w:p w14:paraId="7FCE5851" w14:textId="77777777" w:rsidR="00CE46EE" w:rsidRDefault="00000000">
      <w:r>
        <w:t>Tipologia (barrare la casella pertinente):</w:t>
      </w:r>
      <w:r>
        <w:br/>
        <w:t>☐ Laurea triennale</w:t>
      </w:r>
      <w:r>
        <w:br/>
        <w:t>☐ Laurea magistrale o specialistica</w:t>
      </w:r>
      <w:r>
        <w:br/>
        <w:t>☐ Diploma di laurea del vecchio ordinamento</w:t>
      </w:r>
      <w:r>
        <w:br/>
        <w:t>☐ Master universitario di I livello</w:t>
      </w:r>
      <w:r>
        <w:br/>
        <w:t>☐ Master universitario di II livello</w:t>
      </w:r>
      <w:r>
        <w:br/>
        <w:t>☐ Abilitazione professionale attinente</w:t>
      </w:r>
    </w:p>
    <w:p w14:paraId="2A1F07D9" w14:textId="77777777" w:rsidR="00CE46EE" w:rsidRDefault="00000000">
      <w:r>
        <w:t>Denominazione esatta del titolo: ______________________________________________</w:t>
      </w:r>
    </w:p>
    <w:p w14:paraId="037CE362" w14:textId="77777777" w:rsidR="00CE46EE" w:rsidRDefault="00000000">
      <w:r>
        <w:t>Classe di laurea, ove prevista: ______________________________________________</w:t>
      </w:r>
    </w:p>
    <w:p w14:paraId="692BC804" w14:textId="77777777" w:rsidR="00CE46EE" w:rsidRDefault="00000000">
      <w:r>
        <w:t>Università / istituzione / ente che ha rilasciato il titolo: ______________________________________________</w:t>
      </w:r>
    </w:p>
    <w:p w14:paraId="4FA5421B" w14:textId="77777777" w:rsidR="00CE46EE" w:rsidRDefault="00000000">
      <w:r>
        <w:t>Data di conseguimento: ______________________________________________</w:t>
      </w:r>
    </w:p>
    <w:p w14:paraId="11E5DAEE" w14:textId="77777777" w:rsidR="00CE46EE" w:rsidRDefault="00000000">
      <w:r>
        <w:t>Votazione, ove prevista: ______________________________________________</w:t>
      </w:r>
    </w:p>
    <w:p w14:paraId="3A0C9D20" w14:textId="77777777" w:rsidR="00CE46EE" w:rsidRDefault="00000000">
      <w:r>
        <w:t>Durata del percorso / CFU, ove pertinenti: ______________________________________________</w:t>
      </w:r>
    </w:p>
    <w:p w14:paraId="10F4A51A" w14:textId="77777777" w:rsidR="00CE46EE" w:rsidRDefault="00000000">
      <w:r>
        <w:t>Attinenza alle mansioni del profilo: ______________________________________________</w:t>
      </w:r>
    </w:p>
    <w:p w14:paraId="146E8D12" w14:textId="77777777" w:rsidR="00CE46EE" w:rsidRDefault="00000000">
      <w:r>
        <w:t>Documentazione allegata o riferimenti agli atti aziendali: ______________________________________________</w:t>
      </w:r>
    </w:p>
    <w:p w14:paraId="7026AEF9" w14:textId="77777777" w:rsidR="00CE46EE" w:rsidRDefault="00000000">
      <w:r>
        <w:t>Per laurea magistrale o specialistica: indicare la laurea triennale appartenente al medesimo percorso di studi, se dichiarata nella presente scheda:</w:t>
      </w:r>
      <w:r>
        <w:br/>
        <w:t>________________________________________________________________</w:t>
      </w:r>
    </w:p>
    <w:p w14:paraId="17137295" w14:textId="77777777" w:rsidR="00CE46EE" w:rsidRDefault="00000000">
      <w:pPr>
        <w:pStyle w:val="Titolo2"/>
      </w:pPr>
      <w:r>
        <w:t>Titolo n. 3</w:t>
      </w:r>
    </w:p>
    <w:p w14:paraId="601F75CD" w14:textId="77777777" w:rsidR="00CE46EE" w:rsidRDefault="00000000">
      <w:r>
        <w:t>Tipologia (barrare la casella pertinente):</w:t>
      </w:r>
      <w:r>
        <w:br/>
        <w:t>☐ Laurea triennale</w:t>
      </w:r>
      <w:r>
        <w:br/>
        <w:t>☐ Laurea magistrale o specialistica</w:t>
      </w:r>
      <w:r>
        <w:br/>
        <w:t>☐ Diploma di laurea del vecchio ordinamento</w:t>
      </w:r>
      <w:r>
        <w:br/>
        <w:t>☐ Master universitario di I livello</w:t>
      </w:r>
      <w:r>
        <w:br/>
        <w:t>☐ Master universitario di II livello</w:t>
      </w:r>
      <w:r>
        <w:br/>
        <w:t>☐ Abilitazione professionale attinente</w:t>
      </w:r>
    </w:p>
    <w:p w14:paraId="31F711BD" w14:textId="77777777" w:rsidR="00CE46EE" w:rsidRDefault="00000000">
      <w:r>
        <w:t>Denominazione esatta del titolo: ______________________________________________</w:t>
      </w:r>
    </w:p>
    <w:p w14:paraId="6E705873" w14:textId="77777777" w:rsidR="00CE46EE" w:rsidRDefault="00000000">
      <w:r>
        <w:t>Classe di laurea, ove prevista: ______________________________________________</w:t>
      </w:r>
    </w:p>
    <w:p w14:paraId="66FE16FB" w14:textId="77777777" w:rsidR="00CE46EE" w:rsidRDefault="00000000">
      <w:r>
        <w:t>Università / istituzione / ente che ha rilasciato il titolo: ______________________________________________</w:t>
      </w:r>
    </w:p>
    <w:p w14:paraId="3CC487E8" w14:textId="77777777" w:rsidR="00CE46EE" w:rsidRDefault="00000000">
      <w:r>
        <w:t>Data di conseguimento: ______________________________________________</w:t>
      </w:r>
    </w:p>
    <w:p w14:paraId="5A9E9843" w14:textId="77777777" w:rsidR="00CE46EE" w:rsidRDefault="00000000">
      <w:r>
        <w:t>Votazione, ove prevista: ______________________________________________</w:t>
      </w:r>
    </w:p>
    <w:p w14:paraId="11441909" w14:textId="77777777" w:rsidR="00CE46EE" w:rsidRDefault="00000000">
      <w:r>
        <w:t>Durata del percorso / CFU, ove pertinenti: ______________________________________________</w:t>
      </w:r>
    </w:p>
    <w:p w14:paraId="7C8127D0" w14:textId="77777777" w:rsidR="00CE46EE" w:rsidRDefault="00000000">
      <w:r>
        <w:t>Attinenza alle mansioni del profilo: ______________________________________________</w:t>
      </w:r>
    </w:p>
    <w:p w14:paraId="01E14396" w14:textId="77777777" w:rsidR="00CE46EE" w:rsidRDefault="00000000">
      <w:r>
        <w:t>Documentazione allegata o riferimenti agli atti aziendali: ______________________________________________</w:t>
      </w:r>
    </w:p>
    <w:p w14:paraId="39EA900F" w14:textId="77777777" w:rsidR="00CE46EE" w:rsidRDefault="00000000">
      <w:r>
        <w:lastRenderedPageBreak/>
        <w:t>Per laurea magistrale o specialistica: indicare la laurea triennale appartenente al medesimo percorso di studi, se dichiarata nella presente scheda:</w:t>
      </w:r>
      <w:r>
        <w:br/>
        <w:t>________________________________________________________________</w:t>
      </w:r>
    </w:p>
    <w:p w14:paraId="76A55CA0" w14:textId="77777777" w:rsidR="00CE46EE" w:rsidRDefault="00000000">
      <w:r>
        <w:t>I punteggi attribuiti alla laurea triennale e alla laurea magistrale o specialistica non sono cumulabili qualora i titoli costituiscano parte del medesimo percorso di studi. In tal caso, è riconosciuto esclusivamente il punteggio previsto per il titolo di grado superiore.</w:t>
      </w:r>
    </w:p>
    <w:p w14:paraId="40DF5A6A" w14:textId="77777777" w:rsidR="00CE46EE" w:rsidRDefault="00000000">
      <w:pPr>
        <w:pStyle w:val="Titolo1"/>
      </w:pPr>
      <w:r>
        <w:t>2. Esperienza professionale attinente</w:t>
      </w:r>
    </w:p>
    <w:p w14:paraId="539C6AC0" w14:textId="77777777" w:rsidR="00CE46EE" w:rsidRDefault="00000000">
      <w:r>
        <w:t>Punteggio massimo attribuibile: 15 punti. Sono valutabili le esperienze documentabili, svolte con rapporto di lavoro subordinato a tempo determinato o indeterminato presso ASM S.p.A. o altri datori di lavoro, in mansioni similari e coerenti con il profilo. Rientrano, a titolo esemplificativo, le attività di supporto tecnico-amministrativo, gestione documentale e archivi, inserimento e aggiornamento dati, comunicazioni d’ufficio e rapporti informativi con l’utenza. Compilare una scheda per ciascun periodo omogeneo e duplicarla, se necessario.</w:t>
      </w:r>
    </w:p>
    <w:p w14:paraId="32B82436" w14:textId="77777777" w:rsidR="00CE46EE" w:rsidRDefault="00000000">
      <w:pPr>
        <w:pStyle w:val="Titolo2"/>
      </w:pPr>
      <w:r>
        <w:t>Esperienza n. 1</w:t>
      </w:r>
    </w:p>
    <w:p w14:paraId="5D520B00" w14:textId="77777777" w:rsidR="00CE46EE" w:rsidRDefault="00000000">
      <w:r>
        <w:t>Datore di lavoro: ______________________________________________</w:t>
      </w:r>
    </w:p>
    <w:p w14:paraId="2F7CE19B" w14:textId="77777777" w:rsidR="00CE46EE" w:rsidRDefault="00000000">
      <w:r>
        <w:t>Settore di attività dell’azienda: ______________________________________________</w:t>
      </w:r>
    </w:p>
    <w:p w14:paraId="64E7D2A5" w14:textId="77777777" w:rsidR="00CE46EE" w:rsidRDefault="00000000">
      <w:r>
        <w:t>Sede / ufficio / servizio: ______________________________________________</w:t>
      </w:r>
    </w:p>
    <w:p w14:paraId="2C88EDE4" w14:textId="77777777" w:rsidR="00CE46EE" w:rsidRDefault="00000000">
      <w:r>
        <w:t>Periodo di servizio: dal: ______________________________________________</w:t>
      </w:r>
    </w:p>
    <w:p w14:paraId="1C1B1787" w14:textId="77777777" w:rsidR="00CE46EE" w:rsidRDefault="00000000">
      <w:r>
        <w:t>Al: ______________________________________________</w:t>
      </w:r>
    </w:p>
    <w:p w14:paraId="56624566" w14:textId="77777777" w:rsidR="00CE46EE" w:rsidRDefault="00000000">
      <w:r>
        <w:t>Tipologia del rapporto: tempo determinato / indeterminato: ______________________________________________</w:t>
      </w:r>
    </w:p>
    <w:p w14:paraId="130D2C1B" w14:textId="77777777" w:rsidR="00CE46EE" w:rsidRDefault="00000000">
      <w:r>
        <w:t>Orario: tempo pieno / tempo parziale: ______________________________________________</w:t>
      </w:r>
    </w:p>
    <w:p w14:paraId="7B61B74F" w14:textId="77777777" w:rsidR="00CE46EE" w:rsidRDefault="00000000">
      <w:r>
        <w:t>Ore settimanali e, se nota, percentuale di part-time: ______________________________________________</w:t>
      </w:r>
    </w:p>
    <w:p w14:paraId="6EC2580B" w14:textId="77777777" w:rsidR="00CE46EE" w:rsidRDefault="00000000">
      <w:r>
        <w:t>CCNL applicato: ______________________________________________</w:t>
      </w:r>
    </w:p>
    <w:p w14:paraId="30B89210" w14:textId="77777777" w:rsidR="00CE46EE" w:rsidRDefault="00000000">
      <w:r>
        <w:t>Livello di inquadramento: ______________________________________________</w:t>
      </w:r>
    </w:p>
    <w:p w14:paraId="33C8313A" w14:textId="77777777" w:rsidR="00CE46EE" w:rsidRDefault="00000000">
      <w:r>
        <w:t>Profilo / qualifica rivestita: ______________________________________________</w:t>
      </w:r>
    </w:p>
    <w:p w14:paraId="22154781" w14:textId="77777777" w:rsidR="00CE46EE" w:rsidRDefault="00000000">
      <w:r>
        <w:t>Mansioni concretamente svolte e attinenza al profilo oggetto di selezione:</w:t>
      </w:r>
      <w:r>
        <w:br/>
        <w:t>________________________________________________________________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2564D3A4" w14:textId="77777777" w:rsidR="00CE46EE" w:rsidRDefault="00000000">
      <w:r>
        <w:t>Eventuali interruzioni o variazioni del rapporto/orario nel periodo dichiarato:</w:t>
      </w:r>
      <w:r>
        <w:br/>
        <w:t>________________________________________________________________</w:t>
      </w:r>
    </w:p>
    <w:p w14:paraId="281801C3" w14:textId="77777777" w:rsidR="00CE46EE" w:rsidRDefault="00000000">
      <w:r>
        <w:t>Documentazione a supporto:</w:t>
      </w:r>
      <w:r>
        <w:br/>
        <w:t>☐ Contratto di lavoro</w:t>
      </w:r>
      <w:r>
        <w:br/>
        <w:t>☐ Attestazione di servizio</w:t>
      </w:r>
      <w:r>
        <w:br/>
        <w:t>☐ Documentazione disponibile presso gli uffici di ASM S.p.A.</w:t>
      </w:r>
      <w:r>
        <w:br/>
        <w:t>☐ Altra documentazione: __________________________________________</w:t>
      </w:r>
    </w:p>
    <w:p w14:paraId="3C085EBF" w14:textId="77777777" w:rsidR="00CE46EE" w:rsidRDefault="00000000">
      <w:r>
        <w:t>Estremi dei documenti allegati o riferimenti utili alla verifica presso ASM S.p.A.: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2827951D" w14:textId="77777777" w:rsidR="00CE46EE" w:rsidRDefault="00000000">
      <w:pPr>
        <w:pStyle w:val="Titolo2"/>
      </w:pPr>
      <w:r>
        <w:lastRenderedPageBreak/>
        <w:t>Esperienza n. 2</w:t>
      </w:r>
    </w:p>
    <w:p w14:paraId="11903734" w14:textId="77777777" w:rsidR="00CE46EE" w:rsidRDefault="00000000">
      <w:r>
        <w:t>Datore di lavoro: ______________________________________________</w:t>
      </w:r>
    </w:p>
    <w:p w14:paraId="64A28C2C" w14:textId="77777777" w:rsidR="00CE46EE" w:rsidRDefault="00000000">
      <w:r>
        <w:t>Settore di attività dell’azienda: ______________________________________________</w:t>
      </w:r>
    </w:p>
    <w:p w14:paraId="4AE85C5C" w14:textId="77777777" w:rsidR="00CE46EE" w:rsidRDefault="00000000">
      <w:r>
        <w:t>Sede / ufficio / servizio: ______________________________________________</w:t>
      </w:r>
    </w:p>
    <w:p w14:paraId="4F2C103C" w14:textId="77777777" w:rsidR="00CE46EE" w:rsidRDefault="00000000">
      <w:r>
        <w:t>Periodo di servizio: dal: ______________________________________________</w:t>
      </w:r>
    </w:p>
    <w:p w14:paraId="6877AD54" w14:textId="77777777" w:rsidR="00CE46EE" w:rsidRDefault="00000000">
      <w:r>
        <w:t>Al: ______________________________________________</w:t>
      </w:r>
    </w:p>
    <w:p w14:paraId="5241600F" w14:textId="77777777" w:rsidR="00CE46EE" w:rsidRDefault="00000000">
      <w:r>
        <w:t>Tipologia del rapporto: tempo determinato / indeterminato: ______________________________________________</w:t>
      </w:r>
    </w:p>
    <w:p w14:paraId="310EF28C" w14:textId="77777777" w:rsidR="00CE46EE" w:rsidRDefault="00000000">
      <w:r>
        <w:t>Orario: tempo pieno / tempo parziale: ______________________________________________</w:t>
      </w:r>
    </w:p>
    <w:p w14:paraId="257BA932" w14:textId="77777777" w:rsidR="00CE46EE" w:rsidRDefault="00000000">
      <w:r>
        <w:t>Ore settimanali e, se nota, percentuale di part-time: ______________________________________________</w:t>
      </w:r>
    </w:p>
    <w:p w14:paraId="1416AFD2" w14:textId="77777777" w:rsidR="00CE46EE" w:rsidRDefault="00000000">
      <w:r>
        <w:t>CCNL applicato: ______________________________________________</w:t>
      </w:r>
    </w:p>
    <w:p w14:paraId="4563B7CC" w14:textId="77777777" w:rsidR="00CE46EE" w:rsidRDefault="00000000">
      <w:r>
        <w:t>Livello di inquadramento: ______________________________________________</w:t>
      </w:r>
    </w:p>
    <w:p w14:paraId="1D8EE2E8" w14:textId="77777777" w:rsidR="00CE46EE" w:rsidRDefault="00000000">
      <w:r>
        <w:t>Profilo / qualifica rivestita: ______________________________________________</w:t>
      </w:r>
    </w:p>
    <w:p w14:paraId="0DA390F0" w14:textId="77777777" w:rsidR="00CE46EE" w:rsidRDefault="00000000">
      <w:r>
        <w:t>Mansioni concretamente svolte e attinenza al profilo oggetto di selezione:</w:t>
      </w:r>
      <w:r>
        <w:br/>
        <w:t>________________________________________________________________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56FBF292" w14:textId="77777777" w:rsidR="00CE46EE" w:rsidRDefault="00000000">
      <w:r>
        <w:t>Eventuali interruzioni o variazioni del rapporto/orario nel periodo dichiarato:</w:t>
      </w:r>
      <w:r>
        <w:br/>
        <w:t>________________________________________________________________</w:t>
      </w:r>
    </w:p>
    <w:p w14:paraId="1A95AB66" w14:textId="77777777" w:rsidR="00CE46EE" w:rsidRDefault="00000000">
      <w:r>
        <w:t>Documentazione a supporto:</w:t>
      </w:r>
      <w:r>
        <w:br/>
        <w:t>☐ Contratto di lavoro</w:t>
      </w:r>
      <w:r>
        <w:br/>
        <w:t>☐ Attestazione di servizio</w:t>
      </w:r>
      <w:r>
        <w:br/>
        <w:t>☐ Documentazione disponibile presso gli uffici di ASM S.p.A.</w:t>
      </w:r>
      <w:r>
        <w:br/>
        <w:t>☐ Altra documentazione: __________________________________________</w:t>
      </w:r>
    </w:p>
    <w:p w14:paraId="7ADD3228" w14:textId="77777777" w:rsidR="00CE46EE" w:rsidRDefault="00000000">
      <w:r>
        <w:t>Estremi dei documenti allegati o riferimenti utili alla verifica presso ASM S.p.A.: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12DA1B06" w14:textId="77777777" w:rsidR="00CE46EE" w:rsidRDefault="00000000">
      <w:pPr>
        <w:pStyle w:val="Titolo2"/>
      </w:pPr>
      <w:r>
        <w:t>Esperienza n. 3</w:t>
      </w:r>
    </w:p>
    <w:p w14:paraId="544B7DA2" w14:textId="77777777" w:rsidR="00CE46EE" w:rsidRDefault="00000000">
      <w:r>
        <w:t>Datore di lavoro: ______________________________________________</w:t>
      </w:r>
    </w:p>
    <w:p w14:paraId="6F1FA27D" w14:textId="77777777" w:rsidR="00CE46EE" w:rsidRDefault="00000000">
      <w:r>
        <w:t>Settore di attività dell’azienda: ______________________________________________</w:t>
      </w:r>
    </w:p>
    <w:p w14:paraId="2BA9922B" w14:textId="77777777" w:rsidR="00CE46EE" w:rsidRDefault="00000000">
      <w:r>
        <w:t>Sede / ufficio / servizio: ______________________________________________</w:t>
      </w:r>
    </w:p>
    <w:p w14:paraId="23593FBC" w14:textId="77777777" w:rsidR="00CE46EE" w:rsidRDefault="00000000">
      <w:r>
        <w:t>Periodo di servizio: dal: ______________________________________________</w:t>
      </w:r>
    </w:p>
    <w:p w14:paraId="31EEC70B" w14:textId="77777777" w:rsidR="00CE46EE" w:rsidRDefault="00000000">
      <w:r>
        <w:t>Al: ______________________________________________</w:t>
      </w:r>
    </w:p>
    <w:p w14:paraId="3056D03B" w14:textId="77777777" w:rsidR="00CE46EE" w:rsidRDefault="00000000">
      <w:r>
        <w:t>Tipologia del rapporto: tempo determinato / indeterminato: ______________________________________________</w:t>
      </w:r>
    </w:p>
    <w:p w14:paraId="0D7F3C1B" w14:textId="77777777" w:rsidR="00CE46EE" w:rsidRDefault="00000000">
      <w:r>
        <w:t>Orario: tempo pieno / tempo parziale: ______________________________________________</w:t>
      </w:r>
    </w:p>
    <w:p w14:paraId="65319506" w14:textId="77777777" w:rsidR="00CE46EE" w:rsidRDefault="00000000">
      <w:r>
        <w:t>Ore settimanali e, se nota, percentuale di part-time: ______________________________________________</w:t>
      </w:r>
    </w:p>
    <w:p w14:paraId="3A2EF061" w14:textId="77777777" w:rsidR="00CE46EE" w:rsidRDefault="00000000">
      <w:r>
        <w:t>CCNL applicato: ______________________________________________</w:t>
      </w:r>
    </w:p>
    <w:p w14:paraId="35C893FA" w14:textId="77777777" w:rsidR="00CE46EE" w:rsidRDefault="00000000">
      <w:r>
        <w:lastRenderedPageBreak/>
        <w:t>Livello di inquadramento: ______________________________________________</w:t>
      </w:r>
    </w:p>
    <w:p w14:paraId="6AE1B662" w14:textId="77777777" w:rsidR="00CE46EE" w:rsidRDefault="00000000">
      <w:r>
        <w:t>Profilo / qualifica rivestita: ______________________________________________</w:t>
      </w:r>
    </w:p>
    <w:p w14:paraId="701EC243" w14:textId="77777777" w:rsidR="00CE46EE" w:rsidRDefault="00000000">
      <w:r>
        <w:t>Mansioni concretamente svolte e attinenza al profilo oggetto di selezione:</w:t>
      </w:r>
      <w:r>
        <w:br/>
        <w:t>________________________________________________________________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670F7D7F" w14:textId="77777777" w:rsidR="00CE46EE" w:rsidRDefault="00000000">
      <w:r>
        <w:t>Eventuali interruzioni o variazioni del rapporto/orario nel periodo dichiarato:</w:t>
      </w:r>
      <w:r>
        <w:br/>
        <w:t>________________________________________________________________</w:t>
      </w:r>
    </w:p>
    <w:p w14:paraId="584E6666" w14:textId="77777777" w:rsidR="00CE46EE" w:rsidRDefault="00000000">
      <w:r>
        <w:t>Documentazione a supporto:</w:t>
      </w:r>
      <w:r>
        <w:br/>
        <w:t>☐ Contratto di lavoro</w:t>
      </w:r>
      <w:r>
        <w:br/>
        <w:t>☐ Attestazione di servizio</w:t>
      </w:r>
      <w:r>
        <w:br/>
        <w:t>☐ Documentazione disponibile presso gli uffici di ASM S.p.A.</w:t>
      </w:r>
      <w:r>
        <w:br/>
        <w:t>☐ Altra documentazione: __________________________________________</w:t>
      </w:r>
    </w:p>
    <w:p w14:paraId="52BB3B28" w14:textId="77777777" w:rsidR="00CE46EE" w:rsidRDefault="00000000">
      <w:r>
        <w:t>Estremi dei documenti allegati o riferimenti utili alla verifica presso ASM S.p.A.: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73D96125" w14:textId="77777777" w:rsidR="00CE46EE" w:rsidRDefault="00000000">
      <w:r>
        <w:t>La valutazione riguarda le attività concretamente svolte e non la sola denominazione del profilo o la fascia di provenienza. I periodi coincidenti non possono essere conteggiati più di una volta. I periodi a tempo parziale sono valutati proporzionalmente all’orario di lavoro previsto dal CCNL. Non sono valutati tirocini, percorsi di orientamento al lavoro o attività non attinenti alle mansioni del profilo. Ai fini del punteggio è valutata anche l’esperienza utilizzata per soddisfare il requisito minimo di ammissione, se dichiarata e documentabile.</w:t>
      </w:r>
    </w:p>
    <w:p w14:paraId="7570ACB1" w14:textId="77777777" w:rsidR="00CE46EE" w:rsidRDefault="00000000">
      <w:pPr>
        <w:pStyle w:val="Titolo1"/>
      </w:pPr>
      <w:r>
        <w:t>3. Dichiarazioni finali</w:t>
      </w:r>
    </w:p>
    <w:p w14:paraId="7E9E0400" w14:textId="77777777" w:rsidR="00CE46EE" w:rsidRDefault="00000000">
      <w:r>
        <w:t>☐ Che le informazioni riportate sono complete e veritiere e si riferiscono a titoli conseguiti e periodi di servizio maturati entro la data di scadenza del termine per la presentazione delle domande.</w:t>
      </w:r>
    </w:p>
    <w:p w14:paraId="0F0C5E07" w14:textId="77777777" w:rsidR="00CE46EE" w:rsidRDefault="00000000">
      <w:r>
        <w:t>☐ Che le esperienze dichiarate sono documentabili e che i riferimenti indicati consentono la verifica delle mansioni e dei periodi di servizio.</w:t>
      </w:r>
    </w:p>
    <w:p w14:paraId="687FE6EA" w14:textId="77777777" w:rsidR="00CE46EE" w:rsidRDefault="00000000">
      <w:r>
        <w:t>☐ Di essere consapevole che la valutazione è effettuata secondo i criteri e i limiti di punteggio dell’avviso e che la presente scheda non comporta il riconoscimento automatico dei titoli dichiarati.</w:t>
      </w:r>
    </w:p>
    <w:p w14:paraId="0DCA9DF1" w14:textId="77777777" w:rsidR="00CE46EE" w:rsidRDefault="00000000">
      <w:r>
        <w:t>☐ Di impegnarsi a fornire eventuali chiarimenti e integrazioni documentali richiesti dalla Società.</w:t>
      </w:r>
    </w:p>
    <w:p w14:paraId="3119CE7D" w14:textId="77777777" w:rsidR="00CE46EE" w:rsidRDefault="00000000">
      <w:r>
        <w:t>☐ Di aver preso visione dell’informativa sul trattamento dei dati personali relativa alla selezione.</w:t>
      </w:r>
    </w:p>
    <w:p w14:paraId="46136422" w14:textId="77777777" w:rsidR="00CE46EE" w:rsidRDefault="00000000">
      <w:r>
        <w:t>Numero di ulteriori schede allegate: __________</w:t>
      </w:r>
      <w:r>
        <w:br/>
        <w:t>Numero di documenti a supporto allegati: __________</w:t>
      </w:r>
    </w:p>
    <w:p w14:paraId="70F53435" w14:textId="77777777" w:rsidR="00CE46EE" w:rsidRDefault="00000000">
      <w:r>
        <w:t>Elenco della documentazione allegata:</w:t>
      </w:r>
      <w:r>
        <w:br/>
        <w:t>________________________________________________________________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09E0B684" w14:textId="77777777" w:rsidR="00CE46EE" w:rsidRDefault="00000000">
      <w:r>
        <w:t>Luogo e data: __________________________________________________</w:t>
      </w:r>
      <w:r>
        <w:br/>
      </w:r>
      <w:r>
        <w:br/>
        <w:t>Firma del/della candidato/a: _______________________________________</w:t>
      </w:r>
    </w:p>
    <w:p w14:paraId="0CC690BE" w14:textId="77777777" w:rsidR="00CE46EE" w:rsidRDefault="00000000">
      <w:pPr>
        <w:pStyle w:val="Titolo2"/>
      </w:pPr>
      <w:r>
        <w:lastRenderedPageBreak/>
        <w:t>Istruzioni</w:t>
      </w:r>
    </w:p>
    <w:p w14:paraId="38AB71A3" w14:textId="77777777" w:rsidR="00CE46EE" w:rsidRDefault="00000000">
      <w:r>
        <w:t>La presente scheda deve essere compilata, sottoscritta e trasmessa unitamente all’Allegato A e alla documentazione richiesta, secondo le modalità e i termini stabiliti dall’avviso. Per ulteriori titoli o esperienze, duplicare le relative schede e numerarle progressivamente. I documenti devono consentire la verifica degli elementi dichiarati; per quelli già agli atti di ASM S.p.A., indicare i riferimenti utili al reperimento.</w:t>
      </w:r>
    </w:p>
    <w:sectPr w:rsidR="00CE46EE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0537157">
    <w:abstractNumId w:val="8"/>
  </w:num>
  <w:num w:numId="2" w16cid:durableId="765151116">
    <w:abstractNumId w:val="6"/>
  </w:num>
  <w:num w:numId="3" w16cid:durableId="190383854">
    <w:abstractNumId w:val="5"/>
  </w:num>
  <w:num w:numId="4" w16cid:durableId="1333608409">
    <w:abstractNumId w:val="4"/>
  </w:num>
  <w:num w:numId="5" w16cid:durableId="1035887816">
    <w:abstractNumId w:val="7"/>
  </w:num>
  <w:num w:numId="6" w16cid:durableId="998966454">
    <w:abstractNumId w:val="3"/>
  </w:num>
  <w:num w:numId="7" w16cid:durableId="1580290917">
    <w:abstractNumId w:val="2"/>
  </w:num>
  <w:num w:numId="8" w16cid:durableId="2073843565">
    <w:abstractNumId w:val="1"/>
  </w:num>
  <w:num w:numId="9" w16cid:durableId="11822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E46EE"/>
    <w:rsid w:val="00DE1508"/>
    <w:rsid w:val="00DE21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5276B1"/>
  <w14:defaultImageDpi w14:val="300"/>
  <w15:docId w15:val="{F99775DB-57C2-4014-9889-65795BF8C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1933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 C</cp:lastModifiedBy>
  <cp:revision>2</cp:revision>
  <dcterms:created xsi:type="dcterms:W3CDTF">2013-12-23T23:15:00Z</dcterms:created>
  <dcterms:modified xsi:type="dcterms:W3CDTF">2026-10-07T14:08:00Z</dcterms:modified>
  <cp:category/>
</cp:coreProperties>
</file>