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36E5" w14:textId="77777777" w:rsidR="00421DFF" w:rsidRPr="000B006C" w:rsidRDefault="00000000">
      <w:pPr>
        <w:pStyle w:val="Titolo"/>
        <w:rPr>
          <w:sz w:val="44"/>
          <w:szCs w:val="44"/>
        </w:rPr>
      </w:pPr>
      <w:r w:rsidRPr="000B006C">
        <w:rPr>
          <w:sz w:val="44"/>
          <w:szCs w:val="44"/>
        </w:rPr>
        <w:t>ALLEGATO A – DOMANDA DI PARTECIPAZIONE</w:t>
      </w:r>
    </w:p>
    <w:p w14:paraId="5F10C1FC" w14:textId="77777777" w:rsidR="00421DFF" w:rsidRDefault="00000000">
      <w:r>
        <w:t>SELEZIONE INTERNA, PER TITOLI E COLLOQUIO, FINALIZZATA ALLA MOBILITÀ ORIZZONTALE – ADDETTO/A AL SUPPORTO TECNICO-AMMINISTRATIVO E ALLA GESTIONE DOCUMENTALE PER I CENTRI OPERATIVI DI RACCOLTA – LIVELLO 3A – C2S DEL CCNL UTILITALIA SERVIZI AMBIENTALI</w:t>
      </w:r>
    </w:p>
    <w:p w14:paraId="20EED5BD" w14:textId="77777777" w:rsidR="00421DFF" w:rsidRDefault="00000000">
      <w:r>
        <w:t>Alla Società ASM S.p.A. – Aquilana Società Multiservizi</w:t>
      </w:r>
      <w:r>
        <w:br/>
        <w:t>Via dell’Industria s.n.c. – Zona Industriale di Bazzano</w:t>
      </w:r>
      <w:r>
        <w:br/>
        <w:t>67100 L’Aquila</w:t>
      </w:r>
      <w:r>
        <w:br/>
        <w:t>PEC: asmaq@pec.it</w:t>
      </w:r>
    </w:p>
    <w:p w14:paraId="058A6A70" w14:textId="77777777" w:rsidR="00421DFF" w:rsidRDefault="00000000">
      <w:r>
        <w:t>Il/La sottoscritto/a __________________________________________________</w:t>
      </w:r>
    </w:p>
    <w:p w14:paraId="2A21F5B3" w14:textId="77777777" w:rsidR="00421DFF" w:rsidRDefault="00000000">
      <w:pPr>
        <w:pStyle w:val="Titolo2"/>
      </w:pPr>
      <w:r>
        <w:t>CHIEDE</w:t>
      </w:r>
    </w:p>
    <w:p w14:paraId="73DB918A" w14:textId="77777777" w:rsidR="00421DFF" w:rsidRDefault="00000000">
      <w:r>
        <w:t>di essere ammesso/a alla selezione interna, per titoli e colloquio teorico-pratico, finalizzata alla mobilità orizzontale per l’assegnazione al profilo di Addetto/a al supporto tecnico-amministrativo e alla gestione documentale per i Centri Operativi di Raccolta, presso il Centro Operativo di Bazzano, con mantenimento del livello di inquadramento 3A – C2S del CCNL Utilitalia Servizi Ambientali, indetta con determina dell’Amministratore Unico n. 175 del 07/10/2026.</w:t>
      </w:r>
    </w:p>
    <w:p w14:paraId="496B6035" w14:textId="77777777" w:rsidR="00421DFF" w:rsidRDefault="00000000">
      <w:r>
        <w:t>A tal fine, sotto la propria responsabilità, consapevole delle conseguenze previste dagli articoli 75 e 76 del D.P.R. 445/2000, ove applicabili, in caso di dichiarazioni non veritiere, DICHIARA QUANTO SEGUE.</w:t>
      </w:r>
    </w:p>
    <w:p w14:paraId="37569B82" w14:textId="77777777" w:rsidR="00421DFF" w:rsidRDefault="00000000">
      <w:pPr>
        <w:pStyle w:val="Titolo1"/>
      </w:pPr>
      <w:r>
        <w:t>1. Dati personali e posizione aziendale</w:t>
      </w:r>
    </w:p>
    <w:p w14:paraId="1098A44B" w14:textId="77777777" w:rsidR="00421DFF" w:rsidRDefault="00000000">
      <w:r>
        <w:t>Cognome e nome: __________________________________________________</w:t>
      </w:r>
    </w:p>
    <w:p w14:paraId="4AE39176" w14:textId="77777777" w:rsidR="00421DFF" w:rsidRDefault="00000000">
      <w:r>
        <w:t>Luogo di nascita e provincia: __________________________________________________</w:t>
      </w:r>
    </w:p>
    <w:p w14:paraId="175028E5" w14:textId="77777777" w:rsidR="00421DFF" w:rsidRDefault="00000000">
      <w:r>
        <w:t>Data di nascita: __________________________________________________</w:t>
      </w:r>
    </w:p>
    <w:p w14:paraId="793DA88A" w14:textId="77777777" w:rsidR="00421DFF" w:rsidRDefault="00000000">
      <w:r>
        <w:t>Codice fiscale: __________________________________________________</w:t>
      </w:r>
    </w:p>
    <w:p w14:paraId="4D779DAF" w14:textId="77777777" w:rsidR="00421DFF" w:rsidRDefault="00000000">
      <w:r>
        <w:t>Comune di residenza e provincia: __________________________________________________</w:t>
      </w:r>
    </w:p>
    <w:p w14:paraId="00E91D9E" w14:textId="77777777" w:rsidR="00421DFF" w:rsidRDefault="00000000">
      <w:r>
        <w:t>Indirizzo e CAP: __________________________________________________</w:t>
      </w:r>
    </w:p>
    <w:p w14:paraId="0A21DE1D" w14:textId="77777777" w:rsidR="00421DFF" w:rsidRDefault="00000000">
      <w:r>
        <w:t>Domicilio, se diverso dalla residenza: __________________________________________________</w:t>
      </w:r>
    </w:p>
    <w:p w14:paraId="5052BC5A" w14:textId="77777777" w:rsidR="00421DFF" w:rsidRDefault="00000000">
      <w:r>
        <w:t>Recapito telefonico: __________________________________________________</w:t>
      </w:r>
    </w:p>
    <w:p w14:paraId="1110A86B" w14:textId="77777777" w:rsidR="00421DFF" w:rsidRDefault="00000000">
      <w:r>
        <w:t>Indirizzo e-mail: __________________________________________________</w:t>
      </w:r>
    </w:p>
    <w:p w14:paraId="4719D940" w14:textId="77777777" w:rsidR="00421DFF" w:rsidRDefault="00000000">
      <w:r>
        <w:t>Indirizzo PEC per le comunicazioni: __________________________________________________</w:t>
      </w:r>
    </w:p>
    <w:p w14:paraId="45B057EC" w14:textId="77777777" w:rsidR="00421DFF" w:rsidRDefault="00000000">
      <w:r>
        <w:t>Matricola aziendale: __________________________________________________</w:t>
      </w:r>
    </w:p>
    <w:p w14:paraId="1929D340" w14:textId="77777777" w:rsidR="00421DFF" w:rsidRDefault="00000000">
      <w:r>
        <w:t>Data di assunzione presso ASM S.p.A.: __________________________________________________</w:t>
      </w:r>
    </w:p>
    <w:p w14:paraId="749A01E8" w14:textId="77777777" w:rsidR="00421DFF" w:rsidRDefault="00000000">
      <w:r>
        <w:t>Unità organizzativa di attuale assegnazione: __________________________________________________</w:t>
      </w:r>
    </w:p>
    <w:p w14:paraId="5348224F" w14:textId="77777777" w:rsidR="00421DFF" w:rsidRDefault="00000000">
      <w:r>
        <w:t>Mansioni attualmente svolte: __________________________________________________</w:t>
      </w:r>
    </w:p>
    <w:p w14:paraId="11590273" w14:textId="77777777" w:rsidR="00421DFF" w:rsidRDefault="00000000">
      <w:r>
        <w:lastRenderedPageBreak/>
        <w:t>☐ Di essere dipendente di ASM S.p.A. con rapporto di lavoro subordinato a tempo indeterminato.</w:t>
      </w:r>
    </w:p>
    <w:p w14:paraId="1EBFAFC6" w14:textId="77777777" w:rsidR="00421DFF" w:rsidRDefault="00000000">
      <w:r>
        <w:t>☐ Di essere inquadrato/a nel livello 3A – C2S del CCNL Utilitalia Servizi Ambientali.</w:t>
      </w:r>
    </w:p>
    <w:p w14:paraId="3AC70909" w14:textId="77777777" w:rsidR="00421DFF" w:rsidRDefault="00000000">
      <w:r>
        <w:t>Fascia di appartenenza (barrare la casella pertinente):</w:t>
      </w:r>
      <w:r>
        <w:br/>
        <w:t>☐ Operai.</w:t>
      </w:r>
      <w:r>
        <w:br/>
        <w:t>☐ Impiegati tecnici/amministrativi esecutivi e/o di concetto.</w:t>
      </w:r>
    </w:p>
    <w:p w14:paraId="00B26A67" w14:textId="77777777" w:rsidR="00421DFF" w:rsidRDefault="00000000">
      <w:r>
        <w:t>☐ Di non aver riportato, nei due anni antecedenti alla scadenza del termine di presentazione delle domande, sanzioni disciplinari più gravi dell’ammonizione scritta.</w:t>
      </w:r>
    </w:p>
    <w:p w14:paraId="57A89382" w14:textId="77777777" w:rsidR="00421DFF" w:rsidRDefault="00000000">
      <w:pPr>
        <w:pStyle w:val="Titolo1"/>
      </w:pPr>
      <w:r>
        <w:t>2. Titolo di studio per l’ammissione</w:t>
      </w:r>
    </w:p>
    <w:p w14:paraId="792FD4DD" w14:textId="77777777" w:rsidR="00421DFF" w:rsidRDefault="00000000">
      <w:r>
        <w:t>☐ Di possedere un diploma di istruzione secondaria di secondo grado di durata quinquennale, conseguito presso un istituto statale o legalmente riconosciuto.</w:t>
      </w:r>
    </w:p>
    <w:p w14:paraId="3B062A81" w14:textId="77777777" w:rsidR="00421DFF" w:rsidRDefault="00000000">
      <w:r>
        <w:t>Denominazione esatta del diploma: __________________________________________________</w:t>
      </w:r>
    </w:p>
    <w:p w14:paraId="76997964" w14:textId="77777777" w:rsidR="00421DFF" w:rsidRDefault="00000000">
      <w:r>
        <w:t>Istituto che ha rilasciato il titolo: __________________________________________________</w:t>
      </w:r>
    </w:p>
    <w:p w14:paraId="78D2EC0F" w14:textId="77777777" w:rsidR="00421DFF" w:rsidRDefault="00000000">
      <w:r>
        <w:t>Sede dell’istituto: __________________________________________________</w:t>
      </w:r>
    </w:p>
    <w:p w14:paraId="4EB6E9AB" w14:textId="77777777" w:rsidR="00421DFF" w:rsidRDefault="00000000">
      <w:r>
        <w:t>Data di conseguimento: __________________________________________________</w:t>
      </w:r>
    </w:p>
    <w:p w14:paraId="5A2F2674" w14:textId="77777777" w:rsidR="00421DFF" w:rsidRDefault="00000000">
      <w:r>
        <w:t>Votazione: __________________________________________________</w:t>
      </w:r>
    </w:p>
    <w:p w14:paraId="5DE3081B" w14:textId="77777777" w:rsidR="00421DFF" w:rsidRDefault="00000000">
      <w:r>
        <w:t>Oppure:</w:t>
      </w:r>
      <w:r>
        <w:br/>
        <w:t>☐ Di possedere un titolo dichiarato equipollente da una specifica disposizione normativa.</w:t>
      </w:r>
    </w:p>
    <w:p w14:paraId="69BAD716" w14:textId="77777777" w:rsidR="00421DFF" w:rsidRDefault="00000000">
      <w:r>
        <w:t>Denominazione esatta del titolo: ______________________________________________</w:t>
      </w:r>
    </w:p>
    <w:p w14:paraId="3FDA5AAF" w14:textId="77777777" w:rsidR="00421DFF" w:rsidRDefault="00000000">
      <w:r>
        <w:t>Istituzione che lo ha rilasciato: ______________________________________________</w:t>
      </w:r>
    </w:p>
    <w:p w14:paraId="36D5B06F" w14:textId="77777777" w:rsidR="00421DFF" w:rsidRDefault="00000000">
      <w:r>
        <w:t>Data di conseguimento: ______________________________________________</w:t>
      </w:r>
    </w:p>
    <w:p w14:paraId="3EDE6964" w14:textId="77777777" w:rsidR="00421DFF" w:rsidRDefault="00000000">
      <w:r>
        <w:t>Titolo cui è dichiarato equipollente: ______________________________________________</w:t>
      </w:r>
    </w:p>
    <w:p w14:paraId="757DFDB6" w14:textId="77777777" w:rsidR="00421DFF" w:rsidRDefault="00000000">
      <w:r>
        <w:t>Riferimento normativo dell’equipollenza: ______________________________________________</w:t>
      </w:r>
    </w:p>
    <w:p w14:paraId="7D7B2DE4" w14:textId="77777777" w:rsidR="00421DFF" w:rsidRDefault="00000000">
      <w:r>
        <w:t>Documentazione allegata o riferimenti utili alla verifica: ______________________________________________</w:t>
      </w:r>
    </w:p>
    <w:p w14:paraId="799C90EA" w14:textId="77777777" w:rsidR="00421DFF" w:rsidRDefault="00000000">
      <w:pPr>
        <w:pStyle w:val="Titolo1"/>
      </w:pPr>
      <w:r>
        <w:t>3. Esperienza minima richiesta per l’ammissione</w:t>
      </w:r>
    </w:p>
    <w:p w14:paraId="0670626A" w14:textId="77777777" w:rsidR="00421DFF" w:rsidRDefault="00000000">
      <w:r>
        <w:t>☐ Di aver maturato, alla data di scadenza del termine per la presentazione delle domande, almeno sei mesi di esperienza lavorativa, anche non continuativi, presso ASM S.p.A. o altre aziende operanti nel settore dei servizi ambientali, nello svolgimento di attività tecnico-amministrative e di gestione documentale attinenti e coerenti con il profilo oggetto di selezione.</w:t>
      </w:r>
    </w:p>
    <w:p w14:paraId="207C244C" w14:textId="77777777" w:rsidR="00421DFF" w:rsidRDefault="00000000">
      <w:r>
        <w:t>Indicare i periodi utilizzati per soddisfare il requisito minimo. Per ulteriori periodi, duplicare la scheda. Il dettaglio delle esperienze delle quali si richiede il punteggio va riportato anche nell’Allegato B.</w:t>
      </w:r>
    </w:p>
    <w:p w14:paraId="55893C64" w14:textId="77777777" w:rsidR="00421DFF" w:rsidRDefault="00000000">
      <w:pPr>
        <w:pStyle w:val="Titolo2"/>
      </w:pPr>
      <w:r>
        <w:t>Periodo n. 1</w:t>
      </w:r>
    </w:p>
    <w:p w14:paraId="0CDEBECB" w14:textId="77777777" w:rsidR="00421DFF" w:rsidRDefault="00000000">
      <w:r>
        <w:t>Datore di lavoro: ______________________________________________</w:t>
      </w:r>
    </w:p>
    <w:p w14:paraId="584A2BE4" w14:textId="77777777" w:rsidR="00421DFF" w:rsidRDefault="00000000">
      <w:r>
        <w:t>Settore di attività dell’azienda: ______________________________________________</w:t>
      </w:r>
    </w:p>
    <w:p w14:paraId="3082A1DF" w14:textId="77777777" w:rsidR="00421DFF" w:rsidRDefault="00000000">
      <w:r>
        <w:lastRenderedPageBreak/>
        <w:t>Periodo: dal / al: ______________________________________________</w:t>
      </w:r>
    </w:p>
    <w:p w14:paraId="1E88ABE6" w14:textId="77777777" w:rsidR="00421DFF" w:rsidRDefault="00000000">
      <w:r>
        <w:t>Tipologia del rapporto di lavoro: ______________________________________________</w:t>
      </w:r>
    </w:p>
    <w:p w14:paraId="7C375FC2" w14:textId="77777777" w:rsidR="00421DFF" w:rsidRDefault="00000000">
      <w:r>
        <w:t>Orario di lavoro (tempo pieno/parziale e ore settimanali): ______________________________________________</w:t>
      </w:r>
    </w:p>
    <w:p w14:paraId="73618112" w14:textId="77777777" w:rsidR="00421DFF" w:rsidRDefault="00000000">
      <w:r>
        <w:t>Livello di inquadramento e CCNL applicato: ______________________________________________</w:t>
      </w:r>
    </w:p>
    <w:p w14:paraId="7EA18972" w14:textId="77777777" w:rsidR="00421DFF" w:rsidRDefault="00000000">
      <w:r>
        <w:t>Mansioni concretamente svolte e attinenza al profilo: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1622C8A3" w14:textId="77777777" w:rsidR="00421DFF" w:rsidRDefault="00000000">
      <w:r>
        <w:t>Documentazione allegata o riferimenti utili alla verifica presso gli uffici di ASM S.p.A.:</w:t>
      </w:r>
      <w:r>
        <w:br/>
        <w:t>________________________________________________________________</w:t>
      </w:r>
    </w:p>
    <w:p w14:paraId="4F77D02F" w14:textId="77777777" w:rsidR="00421DFF" w:rsidRDefault="00000000">
      <w:pPr>
        <w:pStyle w:val="Titolo2"/>
      </w:pPr>
      <w:r>
        <w:t>Periodo n. 2</w:t>
      </w:r>
    </w:p>
    <w:p w14:paraId="427A730A" w14:textId="77777777" w:rsidR="00421DFF" w:rsidRDefault="00000000">
      <w:r>
        <w:t>Datore di lavoro: ______________________________________________</w:t>
      </w:r>
    </w:p>
    <w:p w14:paraId="6E9C29E9" w14:textId="77777777" w:rsidR="00421DFF" w:rsidRDefault="00000000">
      <w:r>
        <w:t>Settore di attività dell’azienda: ______________________________________________</w:t>
      </w:r>
    </w:p>
    <w:p w14:paraId="7800C355" w14:textId="77777777" w:rsidR="00421DFF" w:rsidRDefault="00000000">
      <w:r>
        <w:t>Periodo: dal / al: ______________________________________________</w:t>
      </w:r>
    </w:p>
    <w:p w14:paraId="50527F1A" w14:textId="77777777" w:rsidR="00421DFF" w:rsidRDefault="00000000">
      <w:r>
        <w:t>Tipologia del rapporto di lavoro: ______________________________________________</w:t>
      </w:r>
    </w:p>
    <w:p w14:paraId="07E2DF97" w14:textId="77777777" w:rsidR="00421DFF" w:rsidRDefault="00000000">
      <w:r>
        <w:t>Orario di lavoro (tempo pieno/parziale e ore settimanali): ______________________________________________</w:t>
      </w:r>
    </w:p>
    <w:p w14:paraId="25A860D9" w14:textId="77777777" w:rsidR="00421DFF" w:rsidRDefault="00000000">
      <w:r>
        <w:t>Livello di inquadramento e CCNL applicato: ______________________________________________</w:t>
      </w:r>
    </w:p>
    <w:p w14:paraId="47983920" w14:textId="77777777" w:rsidR="00421DFF" w:rsidRDefault="00000000">
      <w:r>
        <w:t>Mansioni concretamente svolte e attinenza al profilo: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35D467BA" w14:textId="77777777" w:rsidR="00421DFF" w:rsidRDefault="00000000">
      <w:r>
        <w:t>Documentazione allegata o riferimenti utili alla verifica presso gli uffici di ASM S.p.A.:</w:t>
      </w:r>
      <w:r>
        <w:br/>
        <w:t>________________________________________________________________</w:t>
      </w:r>
    </w:p>
    <w:p w14:paraId="309C2203" w14:textId="77777777" w:rsidR="00421DFF" w:rsidRDefault="00000000">
      <w:r>
        <w:t>Durata complessiva dell’esperienza dichiarata ai fini dell’ammissione:</w:t>
      </w:r>
      <w:r>
        <w:br/>
        <w:t>________________________________________________________________</w:t>
      </w:r>
    </w:p>
    <w:p w14:paraId="70D1A5F4" w14:textId="77777777" w:rsidR="00421DFF" w:rsidRDefault="00000000">
      <w:pPr>
        <w:pStyle w:val="Titolo1"/>
      </w:pPr>
      <w:r>
        <w:t>4. Dichiarazioni e accettazione</w:t>
      </w:r>
    </w:p>
    <w:p w14:paraId="35D86BD1" w14:textId="77777777" w:rsidR="00421DFF" w:rsidRDefault="00000000">
      <w:r>
        <w:t>☐ Di possedere tutti i requisiti di ammissione previsti dall’articolo 2 dell’avviso.</w:t>
      </w:r>
    </w:p>
    <w:p w14:paraId="4AACF33D" w14:textId="77777777" w:rsidR="00421DFF" w:rsidRDefault="00000000">
      <w:r>
        <w:t>☐ Di aver preso visione dell’avviso e di accettarne integralmente le disposizioni.</w:t>
      </w:r>
    </w:p>
    <w:p w14:paraId="67FC3B7B" w14:textId="77777777" w:rsidR="00421DFF" w:rsidRDefault="00000000">
      <w:r>
        <w:t>☐ Di riportare nell’Allegato B i titoli e le esperienze professionali dei quali richiede la valutazione, indicando gli elementi necessari alla verifica e all’attribuzione dei punteggi.</w:t>
      </w:r>
    </w:p>
    <w:p w14:paraId="5282D318" w14:textId="77777777" w:rsidR="00421DFF" w:rsidRDefault="00000000">
      <w:r>
        <w:t>☐ Di essere consapevole che i punteggi della laurea triennale e della laurea magistrale o specialistica non sono cumulabili quando i titoli fanno parte del medesimo percorso di studi e che, in tal caso, è riconosciuto esclusivamente il punteggio del titolo di grado superiore.</w:t>
      </w:r>
    </w:p>
    <w:p w14:paraId="7FE931C2" w14:textId="77777777" w:rsidR="00421DFF" w:rsidRDefault="00000000">
      <w:r>
        <w:t>☐ Di essere disponibile all’assegnazione alle mansioni del profilo oggetto di selezione presso il Centro Operativo di Bazzano e nell’area cui afferiscono i centri di raccolta, secondo l’avviso e l’organigramma aziendale.</w:t>
      </w:r>
    </w:p>
    <w:p w14:paraId="3026CADA" w14:textId="77777777" w:rsidR="00421DFF" w:rsidRDefault="00000000">
      <w:r>
        <w:lastRenderedPageBreak/>
        <w:t>☐ Di essere consapevole che la procedura riguarda una mobilità interna orizzontale, non costituisce una nuova assunzione né una progressione verticale e comporta il mantenimento del livello di inquadramento 3A – C2S.</w:t>
      </w:r>
    </w:p>
    <w:p w14:paraId="5B40CBE9" w14:textId="77777777" w:rsidR="00421DFF" w:rsidRDefault="00000000">
      <w:r>
        <w:t>☐ Di essere consapevole che, per il personale proveniente dalla fascia Operai, l’assegnazione potrà comportare il passaggio alla fascia Impiegati tecnici/amministrativi esecutivi e/o di concetto, secondo quanto previsto dall’avviso e dalla disciplina contrattuale applicabile.</w:t>
      </w:r>
    </w:p>
    <w:p w14:paraId="5FDB84C1" w14:textId="77777777" w:rsidR="00421DFF" w:rsidRDefault="00000000">
      <w:r>
        <w:t>☐ Di essere consapevole che il trattamento economico e normativo sarà quello previsto dal CCNL, dagli accordi aziendali e dagli eventuali trattamenti individuali applicabili e che le indennità collegate a specifiche attività o condizioni di lavoro saranno riconosciute in presenza dei relativi presupposti.</w:t>
      </w:r>
    </w:p>
    <w:p w14:paraId="0380DB86" w14:textId="77777777" w:rsidR="00421DFF" w:rsidRDefault="00000000">
      <w:r>
        <w:t>☐ Di impegnarsi a comunicare tempestivamente eventuali variazioni dei recapiti e dei requisiti dichiarati.</w:t>
      </w:r>
    </w:p>
    <w:p w14:paraId="01725D61" w14:textId="77777777" w:rsidR="00421DFF" w:rsidRDefault="00000000">
      <w:r>
        <w:t>☐ Di aver preso visione delle modalità di comunicazione previste dall’avviso e di impegnarsi a consultare il sito istituzionale e il proprio indirizzo PEC durante lo svolgimento della procedura.</w:t>
      </w:r>
    </w:p>
    <w:p w14:paraId="1B750079" w14:textId="77777777" w:rsidR="00421DFF" w:rsidRDefault="00000000">
      <w:r>
        <w:t>☐ Di aver preso visione dell’informativa sul trattamento dei dati personali relativa alla selezione.</w:t>
      </w:r>
    </w:p>
    <w:p w14:paraId="729FD834" w14:textId="77777777" w:rsidR="00421DFF" w:rsidRDefault="00000000">
      <w:r>
        <w:t>☐ Di essere consapevole che la Società potrà verificare le dichiarazioni rese e richiedere chiarimenti o documentazione integrativa.</w:t>
      </w:r>
    </w:p>
    <w:p w14:paraId="79363BB6" w14:textId="77777777" w:rsidR="00421DFF" w:rsidRDefault="00000000">
      <w:pPr>
        <w:pStyle w:val="Titolo1"/>
      </w:pPr>
      <w:r>
        <w:t>5. Allegati e sottoscrizione</w:t>
      </w:r>
    </w:p>
    <w:p w14:paraId="309D9E3E" w14:textId="77777777" w:rsidR="00421DFF" w:rsidRDefault="00000000">
      <w:r>
        <w:t>☐ Copia fronte-retro di un documento di identità in corso di validità.</w:t>
      </w:r>
    </w:p>
    <w:p w14:paraId="29CC845F" w14:textId="77777777" w:rsidR="00421DFF" w:rsidRDefault="00000000">
      <w:r>
        <w:t>☐ Allegato B – Scheda per la dichiarazione dei titoli e delle esperienze professionali, compilato e sottoscritto.</w:t>
      </w:r>
    </w:p>
    <w:p w14:paraId="25FEEDCE" w14:textId="77777777" w:rsidR="00421DFF" w:rsidRDefault="00000000">
      <w:r>
        <w:t>☐ Documentazione relativa al requisito minimo di esperienza, ove non già disponibile agli atti della Società.</w:t>
      </w:r>
    </w:p>
    <w:p w14:paraId="3FF5C1A4" w14:textId="77777777" w:rsidR="00421DFF" w:rsidRDefault="00000000">
      <w:r>
        <w:t>☐ Documentazione relativa ai titoli e alle esperienze dei quali si richiede la valutazione.</w:t>
      </w:r>
    </w:p>
    <w:p w14:paraId="52128732" w14:textId="77777777" w:rsidR="00421DFF" w:rsidRDefault="00000000">
      <w:r>
        <w:t>☐ Eventuale documentazione relativa all’equipollenza del titolo di studio.</w:t>
      </w:r>
    </w:p>
    <w:p w14:paraId="2BD9621B" w14:textId="77777777" w:rsidR="00421DFF" w:rsidRDefault="00000000">
      <w:r>
        <w:t>☐ Ulteriori schede relative ai periodi di esperienza utilizzati per l’ammissione.</w:t>
      </w:r>
    </w:p>
    <w:p w14:paraId="4D957096" w14:textId="77777777" w:rsidR="00421DFF" w:rsidRDefault="00000000">
      <w:r>
        <w:t>☐ Altra documentazione: __________________________________________</w:t>
      </w:r>
    </w:p>
    <w:p w14:paraId="790D0EF8" w14:textId="77777777" w:rsidR="00421DFF" w:rsidRDefault="00000000">
      <w:r>
        <w:t>Documentazione già agli atti di ASM S.p.A. – riferimenti utili al reperimento: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05043031" w14:textId="77777777" w:rsidR="00421DFF" w:rsidRDefault="00000000">
      <w:r>
        <w:t>Luogo e data: __________________________________________________</w:t>
      </w:r>
      <w:r>
        <w:br/>
      </w:r>
      <w:r>
        <w:br/>
        <w:t>Firma del/della candidato/a: _______________________________________</w:t>
      </w:r>
    </w:p>
    <w:p w14:paraId="0CB97117" w14:textId="77777777" w:rsidR="00421DFF" w:rsidRDefault="00000000">
      <w:pPr>
        <w:pStyle w:val="Titolo2"/>
      </w:pPr>
      <w:r>
        <w:t>Istruzioni per la trasmissione</w:t>
      </w:r>
    </w:p>
    <w:p w14:paraId="4134360E" w14:textId="77777777" w:rsidR="00421DFF" w:rsidRDefault="00000000">
      <w:r>
        <w:t>La domanda deve essere compilata, sottoscritta e trasmessa con gli allegati richiesti, in un unico file PDF, esclusivamente tramite PEC all’indirizzo asmaq@pec.it, entro le ore 23:59 del 15 ottobre 2026, secondo le modalità stabilite dall’avviso.</w:t>
      </w:r>
    </w:p>
    <w:p w14:paraId="0B0A817E" w14:textId="77777777" w:rsidR="00421DFF" w:rsidRDefault="00000000">
      <w:r>
        <w:t>Oggetto della PEC:</w:t>
      </w:r>
      <w:r>
        <w:br/>
        <w:t xml:space="preserve">“Domanda di partecipazione alla mobilità interna orizzontale ASM S.p.A. – livello 3A C2S – </w:t>
      </w:r>
      <w:r>
        <w:lastRenderedPageBreak/>
        <w:t>Addetto/a al supporto tecnico-amministrativo e alla gestione documentale per i Centri Operativi di Raccolta – [NOME E COGNOME]”.</w:t>
      </w:r>
    </w:p>
    <w:sectPr w:rsidR="00421DFF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285014">
    <w:abstractNumId w:val="8"/>
  </w:num>
  <w:num w:numId="2" w16cid:durableId="1715350487">
    <w:abstractNumId w:val="6"/>
  </w:num>
  <w:num w:numId="3" w16cid:durableId="149097839">
    <w:abstractNumId w:val="5"/>
  </w:num>
  <w:num w:numId="4" w16cid:durableId="620114591">
    <w:abstractNumId w:val="4"/>
  </w:num>
  <w:num w:numId="5" w16cid:durableId="429663594">
    <w:abstractNumId w:val="7"/>
  </w:num>
  <w:num w:numId="6" w16cid:durableId="1776628154">
    <w:abstractNumId w:val="3"/>
  </w:num>
  <w:num w:numId="7" w16cid:durableId="2033459347">
    <w:abstractNumId w:val="2"/>
  </w:num>
  <w:num w:numId="8" w16cid:durableId="974021726">
    <w:abstractNumId w:val="1"/>
  </w:num>
  <w:num w:numId="9" w16cid:durableId="20922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06C"/>
    <w:rsid w:val="0015074B"/>
    <w:rsid w:val="0029639D"/>
    <w:rsid w:val="00326F90"/>
    <w:rsid w:val="00421DFF"/>
    <w:rsid w:val="008249B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6AD2C"/>
  <w14:defaultImageDpi w14:val="300"/>
  <w15:docId w15:val="{EC1F50FC-A9FE-4EBE-9B58-3C93FA4E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C</cp:lastModifiedBy>
  <cp:revision>2</cp:revision>
  <dcterms:created xsi:type="dcterms:W3CDTF">2013-12-23T23:15:00Z</dcterms:created>
  <dcterms:modified xsi:type="dcterms:W3CDTF">2026-10-07T13:59:00Z</dcterms:modified>
  <cp:category/>
</cp:coreProperties>
</file>