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FA004" w14:textId="77777777" w:rsidR="00C221B5" w:rsidRDefault="00000000">
      <w:pPr>
        <w:jc w:val="right"/>
      </w:pPr>
      <w:r>
        <w:rPr>
          <w:b/>
          <w:sz w:val="22"/>
        </w:rPr>
        <w:t>ALLEGATO B</w:t>
      </w:r>
    </w:p>
    <w:p w14:paraId="48BA97F0" w14:textId="77777777" w:rsidR="00C221B5" w:rsidRDefault="00000000">
      <w:pPr>
        <w:spacing w:after="240"/>
        <w:jc w:val="center"/>
      </w:pPr>
      <w:r>
        <w:rPr>
          <w:b/>
          <w:sz w:val="26"/>
        </w:rPr>
        <w:t>DICHIARAZIONE TITOLI DI PREFERENZA A PARITÀ DI MERITO</w:t>
      </w:r>
    </w:p>
    <w:p w14:paraId="3963ADE7" w14:textId="77777777" w:rsidR="00C221B5" w:rsidRDefault="00000000">
      <w:pPr>
        <w:spacing w:after="100"/>
      </w:pPr>
      <w:r>
        <w:t>Il/La sottoscritto/a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04"/>
        <w:gridCol w:w="5742"/>
      </w:tblGrid>
      <w:tr w:rsidR="00C221B5" w14:paraId="43BDE4CE" w14:textId="77777777">
        <w:trPr>
          <w:jc w:val="center"/>
        </w:trPr>
        <w:tc>
          <w:tcPr>
            <w:tcW w:w="487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1336FB" w14:textId="77777777" w:rsidR="00C221B5" w:rsidRDefault="00000000">
            <w:pPr>
              <w:spacing w:after="0"/>
            </w:pPr>
            <w:r>
              <w:rPr>
                <w:b/>
              </w:rPr>
              <w:t>Cognome</w:t>
            </w:r>
          </w:p>
        </w:tc>
        <w:tc>
          <w:tcPr>
            <w:tcW w:w="487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3120A3" w14:textId="77777777" w:rsidR="00C221B5" w:rsidRDefault="00000000">
            <w:pPr>
              <w:spacing w:after="0"/>
            </w:pPr>
            <w:r>
              <w:t>__________________________________________________</w:t>
            </w:r>
          </w:p>
        </w:tc>
      </w:tr>
      <w:tr w:rsidR="00C221B5" w14:paraId="3AFE48CB" w14:textId="77777777">
        <w:trPr>
          <w:jc w:val="center"/>
        </w:trPr>
        <w:tc>
          <w:tcPr>
            <w:tcW w:w="487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FF99A3" w14:textId="77777777" w:rsidR="00C221B5" w:rsidRDefault="00000000">
            <w:pPr>
              <w:spacing w:after="0"/>
            </w:pPr>
            <w:r>
              <w:rPr>
                <w:b/>
              </w:rPr>
              <w:t>Nome</w:t>
            </w:r>
          </w:p>
        </w:tc>
        <w:tc>
          <w:tcPr>
            <w:tcW w:w="487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B5E425" w14:textId="77777777" w:rsidR="00C221B5" w:rsidRDefault="00000000">
            <w:pPr>
              <w:spacing w:after="0"/>
            </w:pPr>
            <w:r>
              <w:t>__________________________________________________</w:t>
            </w:r>
          </w:p>
        </w:tc>
      </w:tr>
      <w:tr w:rsidR="00C221B5" w14:paraId="377E47C3" w14:textId="77777777">
        <w:trPr>
          <w:jc w:val="center"/>
        </w:trPr>
        <w:tc>
          <w:tcPr>
            <w:tcW w:w="487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3B5635" w14:textId="77777777" w:rsidR="00C221B5" w:rsidRDefault="00000000">
            <w:pPr>
              <w:spacing w:after="0"/>
            </w:pPr>
            <w:r>
              <w:rPr>
                <w:b/>
              </w:rPr>
              <w:t>Nato/a a</w:t>
            </w:r>
          </w:p>
        </w:tc>
        <w:tc>
          <w:tcPr>
            <w:tcW w:w="487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670D84" w14:textId="77777777" w:rsidR="00C221B5" w:rsidRDefault="00000000">
            <w:pPr>
              <w:spacing w:after="0"/>
            </w:pPr>
            <w:r>
              <w:t>__________________________________________________</w:t>
            </w:r>
          </w:p>
        </w:tc>
      </w:tr>
      <w:tr w:rsidR="00C221B5" w14:paraId="362D0611" w14:textId="77777777">
        <w:trPr>
          <w:jc w:val="center"/>
        </w:trPr>
        <w:tc>
          <w:tcPr>
            <w:tcW w:w="487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93D045" w14:textId="77777777" w:rsidR="00C221B5" w:rsidRDefault="00000000">
            <w:pPr>
              <w:spacing w:after="0"/>
            </w:pPr>
            <w:r>
              <w:rPr>
                <w:b/>
              </w:rPr>
              <w:t>Il</w:t>
            </w:r>
          </w:p>
        </w:tc>
        <w:tc>
          <w:tcPr>
            <w:tcW w:w="487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A9A507" w14:textId="77777777" w:rsidR="00C221B5" w:rsidRDefault="00000000">
            <w:pPr>
              <w:spacing w:after="0"/>
            </w:pPr>
            <w:r>
              <w:t>____ / ____ / ______</w:t>
            </w:r>
          </w:p>
        </w:tc>
      </w:tr>
      <w:tr w:rsidR="00C221B5" w14:paraId="3E86952A" w14:textId="77777777">
        <w:trPr>
          <w:jc w:val="center"/>
        </w:trPr>
        <w:tc>
          <w:tcPr>
            <w:tcW w:w="487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4E82C7" w14:textId="77777777" w:rsidR="00C221B5" w:rsidRDefault="00000000">
            <w:pPr>
              <w:spacing w:after="0"/>
            </w:pPr>
            <w:r>
              <w:rPr>
                <w:b/>
              </w:rPr>
              <w:t>Codice fiscale</w:t>
            </w:r>
          </w:p>
        </w:tc>
        <w:tc>
          <w:tcPr>
            <w:tcW w:w="487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FC0CDE" w14:textId="77777777" w:rsidR="00C221B5" w:rsidRDefault="00000000">
            <w:pPr>
              <w:spacing w:after="0"/>
            </w:pPr>
            <w:r>
              <w:t>__________________________________________________</w:t>
            </w:r>
          </w:p>
        </w:tc>
      </w:tr>
    </w:tbl>
    <w:p w14:paraId="4C15311E" w14:textId="77777777" w:rsidR="00C221B5" w:rsidRDefault="00C221B5"/>
    <w:p w14:paraId="640A22F7" w14:textId="77777777" w:rsidR="00C221B5" w:rsidRDefault="00000000">
      <w:pPr>
        <w:spacing w:after="160"/>
      </w:pPr>
      <w:r>
        <w:rPr>
          <w:i/>
        </w:rPr>
        <w:t>Ai sensi degli artt. 46 e 47 del D.P.R. n. 445/2000 e consapevole delle responsabilità penali previste dall’art. 76 del medesimo D.P.R. in caso di dichiarazioni mendaci,</w:t>
      </w:r>
    </w:p>
    <w:p w14:paraId="73EC3A1D" w14:textId="77777777" w:rsidR="00C221B5" w:rsidRDefault="00000000">
      <w:pPr>
        <w:spacing w:after="100"/>
        <w:jc w:val="center"/>
      </w:pPr>
      <w:r>
        <w:rPr>
          <w:b/>
          <w:sz w:val="22"/>
        </w:rPr>
        <w:t>DICHIARA</w:t>
      </w:r>
    </w:p>
    <w:p w14:paraId="487E6950" w14:textId="77777777" w:rsidR="00C221B5" w:rsidRDefault="00000000">
      <w:pPr>
        <w:spacing w:after="160"/>
        <w:jc w:val="both"/>
      </w:pPr>
      <w:r>
        <w:t>ai fini dell’eventuale applicazione dei titoli di preferenza a parità di merito e di titoli, di trovarsi nella seguente condizione prevista dall’art. 5, comma 4, del D.P.R. n. 487/1994, come modificato dal D.P.R. n. 82/2023:</w:t>
      </w:r>
    </w:p>
    <w:p w14:paraId="349B08CA" w14:textId="77777777" w:rsidR="00C221B5" w:rsidRDefault="00000000">
      <w:pPr>
        <w:spacing w:after="80"/>
      </w:pPr>
      <w:r>
        <w:rPr>
          <w:b/>
          <w:sz w:val="22"/>
        </w:rPr>
        <w:t>Titoli di preferenza vigenti</w:t>
      </w:r>
    </w:p>
    <w:p w14:paraId="3AAD0859" w14:textId="77777777" w:rsidR="00C221B5" w:rsidRDefault="00000000">
      <w:pPr>
        <w:spacing w:after="120"/>
      </w:pPr>
      <w:r>
        <w:t>Barrare la casella corrispondente alla condizione posseduta e allegare la relativa documentazione, ove richiesta dalla Società o prevista dalla normativa vigente:</w:t>
      </w:r>
    </w:p>
    <w:p w14:paraId="1B260571" w14:textId="77777777" w:rsidR="00C221B5" w:rsidRDefault="00000000">
      <w:pPr>
        <w:spacing w:after="60"/>
        <w:ind w:left="312" w:hanging="312"/>
        <w:jc w:val="both"/>
      </w:pPr>
      <w:r>
        <w:rPr>
          <w:b/>
        </w:rPr>
        <w:t xml:space="preserve">☐ </w:t>
      </w:r>
      <w:r>
        <w:t>insignito/a di medaglia al valor militare o al valor civile, cessato/a dal servizio;</w:t>
      </w:r>
    </w:p>
    <w:p w14:paraId="1CAB81FD" w14:textId="77777777" w:rsidR="00C221B5" w:rsidRDefault="00000000">
      <w:pPr>
        <w:spacing w:after="60"/>
        <w:ind w:left="312" w:hanging="312"/>
        <w:jc w:val="both"/>
      </w:pPr>
      <w:r>
        <w:rPr>
          <w:b/>
        </w:rPr>
        <w:t xml:space="preserve">☐ </w:t>
      </w:r>
      <w:r>
        <w:t>mutilato/a o invalido/a per servizio nel settore pubblico o privato;</w:t>
      </w:r>
    </w:p>
    <w:p w14:paraId="7AA69AC0" w14:textId="77777777" w:rsidR="00C221B5" w:rsidRDefault="00000000">
      <w:pPr>
        <w:spacing w:after="60"/>
        <w:ind w:left="312" w:hanging="312"/>
        <w:jc w:val="both"/>
      </w:pPr>
      <w:r>
        <w:rPr>
          <w:b/>
        </w:rPr>
        <w:t xml:space="preserve">☐ </w:t>
      </w:r>
      <w:r>
        <w:t>orfano/a di caduto oppure figlio/a di mutilato, invalido o inabile permanente al lavoro per ragioni di servizio nel settore pubblico o privato, ivi inclusi i figli degli esercenti le professioni sanitarie, degli esercenti la professione di assistente sociale e degli operatori socio-sanitari deceduti in seguito all’infezione da Sars-Cov-2 contratta nell’esercizio della propria attività;</w:t>
      </w:r>
    </w:p>
    <w:p w14:paraId="648BC1C4" w14:textId="77777777" w:rsidR="00C221B5" w:rsidRDefault="00000000">
      <w:pPr>
        <w:spacing w:after="60"/>
        <w:ind w:left="312" w:hanging="312"/>
        <w:jc w:val="both"/>
      </w:pPr>
      <w:r>
        <w:rPr>
          <w:b/>
        </w:rPr>
        <w:t xml:space="preserve">☐ </w:t>
      </w:r>
      <w:r>
        <w:t>avere prestato lodevole servizio, a qualunque titolo, per non meno di un anno presso l’amministrazione o società che ha indetto la selezione, senza fruire di altro titolo di preferenza in ragione del servizio prestato;</w:t>
      </w:r>
    </w:p>
    <w:p w14:paraId="60956C85" w14:textId="77777777" w:rsidR="00C221B5" w:rsidRDefault="00000000">
      <w:pPr>
        <w:spacing w:after="60"/>
        <w:ind w:left="312" w:hanging="312"/>
        <w:jc w:val="both"/>
      </w:pPr>
      <w:r>
        <w:rPr>
          <w:b/>
        </w:rPr>
        <w:t xml:space="preserve">☐ </w:t>
      </w:r>
      <w:r>
        <w:t>maggior numero di figli a carico. Indicare numero figli a carico: ______;</w:t>
      </w:r>
    </w:p>
    <w:p w14:paraId="5F710EDE" w14:textId="77777777" w:rsidR="00C221B5" w:rsidRDefault="00000000">
      <w:pPr>
        <w:spacing w:after="60"/>
        <w:ind w:left="312" w:hanging="312"/>
        <w:jc w:val="both"/>
      </w:pPr>
      <w:r>
        <w:rPr>
          <w:b/>
        </w:rPr>
        <w:t xml:space="preserve">☐ </w:t>
      </w:r>
      <w:r>
        <w:t>invalido/a o mutilato/a civile non rientrante nelle fattispecie precedenti;</w:t>
      </w:r>
    </w:p>
    <w:p w14:paraId="0F5451B6" w14:textId="77777777" w:rsidR="00C221B5" w:rsidRDefault="00000000">
      <w:pPr>
        <w:spacing w:after="60"/>
        <w:ind w:left="312" w:hanging="312"/>
        <w:jc w:val="both"/>
      </w:pPr>
      <w:r>
        <w:rPr>
          <w:b/>
        </w:rPr>
        <w:t xml:space="preserve">☐ </w:t>
      </w:r>
      <w:r>
        <w:t>militare volontario delle Forze armate congedato senza demerito al termine della ferma o rafferma;</w:t>
      </w:r>
    </w:p>
    <w:p w14:paraId="30CF7EA5" w14:textId="77777777" w:rsidR="00C221B5" w:rsidRDefault="00000000">
      <w:pPr>
        <w:spacing w:after="60"/>
        <w:ind w:left="312" w:hanging="312"/>
        <w:jc w:val="both"/>
      </w:pPr>
      <w:r>
        <w:rPr>
          <w:b/>
        </w:rPr>
        <w:t xml:space="preserve">☐ </w:t>
      </w:r>
      <w:r>
        <w:t>atleta che ha intrattenuto rapporti di lavoro sportivo con gruppi sportivi militari o con corpi civili dello Stato;</w:t>
      </w:r>
    </w:p>
    <w:p w14:paraId="233A5D61" w14:textId="77777777" w:rsidR="00C221B5" w:rsidRDefault="00000000">
      <w:pPr>
        <w:spacing w:after="60"/>
        <w:ind w:left="312" w:hanging="312"/>
        <w:jc w:val="both"/>
      </w:pPr>
      <w:r>
        <w:rPr>
          <w:b/>
        </w:rPr>
        <w:t xml:space="preserve">☐ </w:t>
      </w:r>
      <w:r>
        <w:t>avere svolto con esito positivo l’ulteriore periodo di perfezionamento presso l’ufficio per il processo ai sensi dell’art. 50, comma 1-quater, del D.L. n. 90/2014, convertito, con modificazioni, dalla L. n. 114/2014;</w:t>
      </w:r>
    </w:p>
    <w:p w14:paraId="111D1920" w14:textId="77777777" w:rsidR="00C221B5" w:rsidRDefault="00000000">
      <w:pPr>
        <w:spacing w:after="60"/>
        <w:ind w:left="312" w:hanging="312"/>
        <w:jc w:val="both"/>
      </w:pPr>
      <w:r>
        <w:rPr>
          <w:b/>
        </w:rPr>
        <w:t xml:space="preserve">☐ </w:t>
      </w:r>
      <w:r>
        <w:t>avere completato con esito positivo il tirocinio formativo presso gli uffici giudiziari ai sensi dell’art. 37, comma 11, del D.L. n. 98/2011, convertito, con modificazioni, dalla L. n. 111/2011, pur non facendo parte dell’ufficio per il processo, ai sensi dell’art. 50, comma 1-quinques, del D.L. n. 90/2014, convertito, con modificazioni, dalla L. n. 114/2014;</w:t>
      </w:r>
    </w:p>
    <w:p w14:paraId="24598DA9" w14:textId="77777777" w:rsidR="00C221B5" w:rsidRDefault="00000000">
      <w:pPr>
        <w:spacing w:after="60"/>
        <w:ind w:left="312" w:hanging="312"/>
        <w:jc w:val="both"/>
      </w:pPr>
      <w:r>
        <w:rPr>
          <w:b/>
        </w:rPr>
        <w:t xml:space="preserve">☐ </w:t>
      </w:r>
      <w:r>
        <w:t>avere svolto con esito positivo lo stage presso gli uffici giudiziari ai sensi dell’art. 73, comma 14, del D.L. n. 69/2013, convertito, con modificazioni, dalla L. n. 98/2013;</w:t>
      </w:r>
    </w:p>
    <w:p w14:paraId="1A9C463E" w14:textId="77777777" w:rsidR="00C221B5" w:rsidRDefault="00000000">
      <w:pPr>
        <w:spacing w:after="60"/>
        <w:ind w:left="312" w:hanging="312"/>
        <w:jc w:val="both"/>
      </w:pPr>
      <w:r>
        <w:rPr>
          <w:b/>
        </w:rPr>
        <w:lastRenderedPageBreak/>
        <w:t xml:space="preserve">☐ </w:t>
      </w:r>
      <w:r>
        <w:t>essere titolare o avere svolto incarichi di collaborazione conferiti da ANPAL Servizi S.p.A., in attuazione dell’art. 12, comma 3, del D.L. n. 4/2019, convertito, con modificazioni, dalla L. n. 26/2019;</w:t>
      </w:r>
    </w:p>
    <w:p w14:paraId="783F74B0" w14:textId="77777777" w:rsidR="00C221B5" w:rsidRDefault="00000000">
      <w:pPr>
        <w:spacing w:after="60"/>
        <w:ind w:left="312" w:hanging="312"/>
        <w:jc w:val="both"/>
      </w:pPr>
      <w:r>
        <w:rPr>
          <w:b/>
        </w:rPr>
        <w:t xml:space="preserve">☐ </w:t>
      </w:r>
      <w:r>
        <w:t>appartenenza al genere meno rappresentato nell’amministrazione o società che bandisce la procedura, in relazione alla qualifica per la quale il candidato concorre, secondo quanto previsto dall’art. 6 del D.P.R. n. 487/1994;</w:t>
      </w:r>
    </w:p>
    <w:p w14:paraId="356C7EAC" w14:textId="77777777" w:rsidR="00C221B5" w:rsidRDefault="00000000">
      <w:pPr>
        <w:spacing w:after="60"/>
        <w:ind w:left="312" w:hanging="312"/>
        <w:jc w:val="both"/>
      </w:pPr>
      <w:r>
        <w:rPr>
          <w:b/>
        </w:rPr>
        <w:t xml:space="preserve">☐ </w:t>
      </w:r>
      <w:r>
        <w:t>minore età anagrafica.</w:t>
      </w:r>
    </w:p>
    <w:p w14:paraId="02982142" w14:textId="77777777" w:rsidR="00C221B5" w:rsidRDefault="00C221B5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C221B5" w14:paraId="6ED96AC6" w14:textId="77777777">
        <w:trPr>
          <w:jc w:val="center"/>
        </w:trPr>
        <w:tc>
          <w:tcPr>
            <w:tcW w:w="487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40883E" w14:textId="77777777" w:rsidR="00C221B5" w:rsidRDefault="00000000">
            <w:pPr>
              <w:spacing w:after="0"/>
            </w:pPr>
            <w:r>
              <w:rPr>
                <w:b/>
              </w:rPr>
              <w:t>Luogo e data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________________________________</w:t>
            </w:r>
          </w:p>
        </w:tc>
        <w:tc>
          <w:tcPr>
            <w:tcW w:w="487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B76CE5" w14:textId="77777777" w:rsidR="00C221B5" w:rsidRDefault="00000000">
            <w:pPr>
              <w:spacing w:after="0"/>
            </w:pPr>
            <w:r>
              <w:rPr>
                <w:b/>
              </w:rPr>
              <w:t>Firma del/della candidato/a</w:t>
            </w:r>
            <w:r>
              <w:rPr>
                <w:b/>
              </w:rPr>
              <w:br/>
            </w:r>
            <w:r>
              <w:rPr>
                <w:b/>
              </w:rPr>
              <w:br/>
              <w:t>________________________________</w:t>
            </w:r>
          </w:p>
        </w:tc>
      </w:tr>
    </w:tbl>
    <w:p w14:paraId="25E2291D" w14:textId="77777777" w:rsidR="00C221B5" w:rsidRDefault="00000000">
      <w:pPr>
        <w:spacing w:before="160" w:after="160"/>
      </w:pPr>
      <w:r>
        <w:rPr>
          <w:i/>
          <w:sz w:val="18"/>
        </w:rPr>
        <w:t>(La firma deve essere autografa; in caso di trasmissione tramite PEC, la dichiarazione deve essere firmata digitalmente o sottoscritta a mano e acquisita in copia scannerizzata.)</w:t>
      </w:r>
    </w:p>
    <w:p w14:paraId="705008B0" w14:textId="77777777" w:rsidR="00C221B5" w:rsidRDefault="00000000">
      <w:pPr>
        <w:spacing w:after="80"/>
      </w:pPr>
      <w:r>
        <w:rPr>
          <w:b/>
          <w:sz w:val="22"/>
        </w:rPr>
        <w:t>Avvertenza</w:t>
      </w:r>
    </w:p>
    <w:p w14:paraId="496A28E5" w14:textId="77777777" w:rsidR="00C221B5" w:rsidRDefault="00000000">
      <w:pPr>
        <w:spacing w:after="0"/>
        <w:jc w:val="both"/>
      </w:pPr>
      <w:r>
        <w:rPr>
          <w:sz w:val="18"/>
        </w:rPr>
        <w:t>La presente dichiarazione è resa esclusivamente ai fini dell’eventuale applicazione dei titoli di preferenza in caso di parità di merito e di titoli, secondo l’ordine previsto dall’art. 5, comma 4, del D.P.R. n. 487/1994, come modificato dal D.P.R. n. 82/2023.</w:t>
      </w:r>
    </w:p>
    <w:sectPr w:rsidR="00C221B5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7193008">
    <w:abstractNumId w:val="8"/>
  </w:num>
  <w:num w:numId="2" w16cid:durableId="1570992064">
    <w:abstractNumId w:val="6"/>
  </w:num>
  <w:num w:numId="3" w16cid:durableId="2131238471">
    <w:abstractNumId w:val="5"/>
  </w:num>
  <w:num w:numId="4" w16cid:durableId="1970626234">
    <w:abstractNumId w:val="4"/>
  </w:num>
  <w:num w:numId="5" w16cid:durableId="467892630">
    <w:abstractNumId w:val="7"/>
  </w:num>
  <w:num w:numId="6" w16cid:durableId="1598752658">
    <w:abstractNumId w:val="3"/>
  </w:num>
  <w:num w:numId="7" w16cid:durableId="1472868338">
    <w:abstractNumId w:val="2"/>
  </w:num>
  <w:num w:numId="8" w16cid:durableId="1867254299">
    <w:abstractNumId w:val="1"/>
  </w:num>
  <w:num w:numId="9" w16cid:durableId="795293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540D"/>
    <w:rsid w:val="0029639D"/>
    <w:rsid w:val="00326F90"/>
    <w:rsid w:val="00AA1D8D"/>
    <w:rsid w:val="00B47730"/>
    <w:rsid w:val="00C221B5"/>
    <w:rsid w:val="00CB0664"/>
    <w:rsid w:val="00CB0E3A"/>
    <w:rsid w:val="00DE3E21"/>
    <w:rsid w:val="00F47E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397FA0"/>
  <w14:defaultImageDpi w14:val="300"/>
  <w15:docId w15:val="{57BD30D4-25B3-419E-8E8A-78D979D9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cp:lastPrinted>2026-09-17T11:59:00Z</cp:lastPrinted>
  <dcterms:created xsi:type="dcterms:W3CDTF">2026-09-17T13:54:00Z</dcterms:created>
  <dcterms:modified xsi:type="dcterms:W3CDTF">2026-09-17T13:54:00Z</dcterms:modified>
  <cp:category/>
</cp:coreProperties>
</file>