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B1C37" w14:textId="77777777" w:rsidR="00804C5E" w:rsidRDefault="00000000">
      <w:pPr>
        <w:jc w:val="right"/>
      </w:pPr>
      <w:r>
        <w:rPr>
          <w:b/>
          <w:sz w:val="22"/>
        </w:rPr>
        <w:t>ALLEGATO A</w:t>
      </w:r>
    </w:p>
    <w:p w14:paraId="3A7632BD" w14:textId="77777777" w:rsidR="00804C5E" w:rsidRDefault="00000000">
      <w:pPr>
        <w:spacing w:after="0"/>
        <w:jc w:val="center"/>
      </w:pPr>
      <w:r>
        <w:rPr>
          <w:b/>
          <w:sz w:val="24"/>
        </w:rPr>
        <w:t>DOMANDA DI PARTECIPAZIONE ALLA SELEZIONE INTERNA, PER SOLO COLLOQUIO,</w:t>
      </w:r>
    </w:p>
    <w:p w14:paraId="63853E72" w14:textId="77777777" w:rsidR="00804C5E" w:rsidRDefault="00000000">
      <w:pPr>
        <w:spacing w:after="240"/>
        <w:jc w:val="center"/>
      </w:pPr>
      <w:r>
        <w:rPr>
          <w:b/>
          <w:sz w:val="24"/>
        </w:rPr>
        <w:t>PER IL CONFERIMENTO TEMPORANEO DELL’INCARICO DI SORVEGLIANTE DI IGIENE URBANA</w:t>
      </w:r>
    </w:p>
    <w:p w14:paraId="09B987B0" w14:textId="77777777" w:rsidR="00804C5E" w:rsidRDefault="00000000">
      <w:pPr>
        <w:spacing w:after="0"/>
      </w:pPr>
      <w:r>
        <w:rPr>
          <w:b/>
        </w:rPr>
        <w:t>All’ASM S.p.A. – Aquilana Società Multiservizi</w:t>
      </w:r>
    </w:p>
    <w:p w14:paraId="2D973079" w14:textId="602E4F97" w:rsidR="00804C5E" w:rsidRDefault="00000000">
      <w:r>
        <w:t xml:space="preserve">PEC: </w:t>
      </w:r>
      <w:hyperlink r:id="rId6" w:history="1">
        <w:r w:rsidR="009B011F" w:rsidRPr="001273EF">
          <w:rPr>
            <w:rStyle w:val="Collegamentoipertestuale"/>
          </w:rPr>
          <w:t>asmaq@pec.it</w:t>
        </w:r>
      </w:hyperlink>
      <w:r w:rsidR="009B011F"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70"/>
        <w:gridCol w:w="5762"/>
      </w:tblGrid>
      <w:tr w:rsidR="00804C5E" w14:paraId="6E192489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B5B04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Cognome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4F5FC0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0BE605D3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B892A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Nome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9F197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24F09D02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A2C92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Nato/a a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CAA5D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7C440EA7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42CDE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Il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FA2401" w14:textId="77777777" w:rsidR="00804C5E" w:rsidRDefault="00000000">
            <w:pPr>
              <w:spacing w:after="0"/>
            </w:pPr>
            <w:r>
              <w:rPr>
                <w:sz w:val="20"/>
              </w:rPr>
              <w:t>____ / ____ / ______</w:t>
            </w:r>
          </w:p>
        </w:tc>
      </w:tr>
      <w:tr w:rsidR="00804C5E" w14:paraId="1617119D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32A22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Codice fiscale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A431CB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79E7B5E4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B77D9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Residente in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18211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0313B6A2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9E55D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Via/Piazza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0EC3D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</w:t>
            </w:r>
            <w:proofErr w:type="gramStart"/>
            <w:r>
              <w:rPr>
                <w:sz w:val="20"/>
              </w:rPr>
              <w:t>_  n.</w:t>
            </w:r>
            <w:proofErr w:type="gramEnd"/>
            <w:r>
              <w:rPr>
                <w:sz w:val="20"/>
              </w:rPr>
              <w:t xml:space="preserve"> ______</w:t>
            </w:r>
          </w:p>
        </w:tc>
      </w:tr>
      <w:tr w:rsidR="00804C5E" w14:paraId="0875DB7B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2097E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CAP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42F9CC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</w:t>
            </w:r>
          </w:p>
        </w:tc>
      </w:tr>
      <w:tr w:rsidR="00804C5E" w14:paraId="73BE998B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71C564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Comune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E60A7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2F756485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55025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Prov.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B095F3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</w:t>
            </w:r>
          </w:p>
        </w:tc>
      </w:tr>
      <w:tr w:rsidR="00804C5E" w14:paraId="1FCF2391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E029B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Domicilio (se diverso dalla residenza)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D6C84D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486246F0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94333C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Recapito telefonico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E8287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4C662098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8537B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E-mail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B77DE8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  <w:tr w:rsidR="00804C5E" w14:paraId="3DA31C26" w14:textId="77777777">
        <w:trPr>
          <w:jc w:val="center"/>
        </w:trPr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FD55F7" w14:textId="77777777" w:rsidR="00804C5E" w:rsidRDefault="00000000">
            <w:pPr>
              <w:spacing w:after="0"/>
            </w:pPr>
            <w:r>
              <w:rPr>
                <w:b/>
                <w:sz w:val="20"/>
              </w:rPr>
              <w:t>PEC</w:t>
            </w:r>
          </w:p>
        </w:tc>
        <w:tc>
          <w:tcPr>
            <w:tcW w:w="48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D7AA0B" w14:textId="77777777" w:rsidR="00804C5E" w:rsidRDefault="00000000">
            <w:pPr>
              <w:spacing w:after="0"/>
            </w:pPr>
            <w:r>
              <w:rPr>
                <w:sz w:val="20"/>
              </w:rPr>
              <w:t>__________________________________________________</w:t>
            </w:r>
          </w:p>
        </w:tc>
      </w:tr>
    </w:tbl>
    <w:p w14:paraId="357BA177" w14:textId="77777777" w:rsidR="00804C5E" w:rsidRDefault="00804C5E">
      <w:pPr>
        <w:spacing w:after="40"/>
      </w:pPr>
    </w:p>
    <w:p w14:paraId="62EE2CE4" w14:textId="77777777" w:rsidR="00804C5E" w:rsidRDefault="00000000">
      <w:pPr>
        <w:spacing w:after="160"/>
      </w:pPr>
      <w:r>
        <w:rPr>
          <w:i/>
        </w:rPr>
        <w:t>Ai sensi degli artt. 46 e 47 del D.P.R. n. 445/2000 e consapevole delle responsabilità penali previste dall’art. 76 del medesimo D.P.R. in caso di dichiarazioni mendaci,</w:t>
      </w:r>
    </w:p>
    <w:p w14:paraId="663D1EC9" w14:textId="77777777" w:rsidR="00804C5E" w:rsidRDefault="00000000">
      <w:pPr>
        <w:spacing w:after="100"/>
        <w:jc w:val="center"/>
      </w:pPr>
      <w:r>
        <w:rPr>
          <w:b/>
          <w:sz w:val="22"/>
        </w:rPr>
        <w:t>CHIEDE</w:t>
      </w:r>
    </w:p>
    <w:p w14:paraId="51D2FDCE" w14:textId="77777777" w:rsidR="00804C5E" w:rsidRDefault="00000000">
      <w:pPr>
        <w:spacing w:after="160"/>
        <w:ind w:firstLine="397"/>
        <w:jc w:val="both"/>
      </w:pPr>
      <w:r>
        <w:t xml:space="preserve">di essere ammesso/a a partecipare alla </w:t>
      </w:r>
      <w:r>
        <w:rPr>
          <w:b/>
        </w:rPr>
        <w:t>selezione interna, per solo colloquio, per il conferimento temporaneo dell’incarico di Sorvegliante di Igiene Urbana</w:t>
      </w:r>
      <w:r>
        <w:t>, ai sensi dell’art. 16 del CCNL Utilitalia – Servizi Ambientali, riservata al personale dipendente di ASM S.p.A. inquadrato nei livelli B2 e C1 (ex 4° e 5° livello), con appartenenza all’Area Conduzioni o alla qualifica di Operatore Ecologico.</w:t>
      </w:r>
    </w:p>
    <w:p w14:paraId="265F9A2F" w14:textId="77777777" w:rsidR="00804C5E" w:rsidRDefault="00000000">
      <w:pPr>
        <w:spacing w:after="100"/>
      </w:pPr>
      <w:r>
        <w:t>A tal fine,</w:t>
      </w:r>
    </w:p>
    <w:p w14:paraId="3CAAC874" w14:textId="77777777" w:rsidR="00804C5E" w:rsidRDefault="00000000">
      <w:pPr>
        <w:spacing w:after="100"/>
        <w:jc w:val="center"/>
      </w:pPr>
      <w:r>
        <w:rPr>
          <w:b/>
          <w:sz w:val="22"/>
        </w:rPr>
        <w:t>DICHIARA</w:t>
      </w:r>
    </w:p>
    <w:p w14:paraId="7ED8D9A3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t xml:space="preserve">1. </w:t>
      </w:r>
      <w:r>
        <w:t>di essere dipendente con rapporto di lavoro a tempo indeterminato di ASM S.p.A. – Aquilana Società Multiservizi;</w:t>
      </w:r>
    </w:p>
    <w:p w14:paraId="602237B3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lastRenderedPageBreak/>
        <w:t xml:space="preserve">2. </w:t>
      </w:r>
      <w:r>
        <w:t>di essere inquadrato/a, alla data di presentazione della domanda, nei livelli B2 o C1 (ex 4° e 5° livello) del CCNL Utilitalia – Servizi Ambientali, con appartenenza all’Area Conduzioni o alla qualifica di Operatore Ecologico;</w:t>
      </w:r>
    </w:p>
    <w:p w14:paraId="1BBFC70A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t xml:space="preserve">3. </w:t>
      </w:r>
      <w:r>
        <w:t>di non aver riportato, nei due anni precedenti la data di presentazione della candidatura, sanzioni disciplinari più gravi dell’ammonizione scritta;</w:t>
      </w:r>
    </w:p>
    <w:p w14:paraId="27438B86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t xml:space="preserve">4. </w:t>
      </w:r>
      <w:r>
        <w:t>di aver maturato un’esperienza minima di almeno 3 (tre) anni, anche non continuativi, in attività coerenti con il profilo di Operatore ecologico, Autista o Conduttore di Igiene Urbana o, più in generale, nel ciclo integrato dei rifiuti (raccolta, trasporto, spazzamento, lavaggio strade, gestione rifiuti urbani e assimilati), presso ASM S.p.A. ovvero presso altri enti, amministrazioni o aziende pubbliche o private;</w:t>
      </w:r>
    </w:p>
    <w:p w14:paraId="654C52B1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t xml:space="preserve">5. </w:t>
      </w:r>
      <w:r>
        <w:t>di essere in possesso di tutti i requisiti di ammissione previsti dall’avviso di selezione;</w:t>
      </w:r>
    </w:p>
    <w:p w14:paraId="3C0D474A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t xml:space="preserve">6. </w:t>
      </w:r>
      <w:r>
        <w:t>di accettare integralmente, senza riserva alcuna, tutte le disposizioni contenute nell’avviso di selezione;</w:t>
      </w:r>
    </w:p>
    <w:p w14:paraId="6474A671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t xml:space="preserve">7. </w:t>
      </w:r>
      <w:r>
        <w:t>di autorizzare ASM S.p.A., ai sensi del Regolamento UE 2016/679 e della normativa vigente, al trattamento dei dati personali forniti esclusivamente per le finalità connesse alla presente procedura selettiva e all’eventuale conseguente conferimento dell’incarico temporaneo;</w:t>
      </w:r>
    </w:p>
    <w:p w14:paraId="6A221E9B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t xml:space="preserve">8. </w:t>
      </w:r>
      <w:r>
        <w:t>di voler ricevere ogni comunicazione relativa alla presente procedura al seguente indirizzo PEC: ______________________________________________;</w:t>
      </w:r>
    </w:p>
    <w:p w14:paraId="39FD0D2E" w14:textId="77777777" w:rsidR="00804C5E" w:rsidRDefault="00000000">
      <w:pPr>
        <w:spacing w:after="80"/>
        <w:ind w:left="369" w:hanging="369"/>
        <w:jc w:val="both"/>
      </w:pPr>
      <w:r>
        <w:rPr>
          <w:b/>
        </w:rPr>
        <w:t xml:space="preserve">9. </w:t>
      </w:r>
      <w:r>
        <w:t>di impegnarsi a comunicare tempestivamente, esclusivamente a mezzo PEC, ogni eventuale variazione dei recapiti indicati nella presente domanda.</w:t>
      </w:r>
    </w:p>
    <w:p w14:paraId="3BEF74A1" w14:textId="77777777" w:rsidR="00804C5E" w:rsidRDefault="00000000">
      <w:pPr>
        <w:spacing w:after="80"/>
      </w:pPr>
      <w:r>
        <w:rPr>
          <w:b/>
          <w:sz w:val="22"/>
        </w:rPr>
        <w:t>Allegati</w:t>
      </w:r>
    </w:p>
    <w:p w14:paraId="6C5A12F0" w14:textId="77777777" w:rsidR="00804C5E" w:rsidRDefault="00000000">
      <w:pPr>
        <w:spacing w:after="60"/>
      </w:pPr>
      <w:r>
        <w:t>Alla presente domanda si allegano:</w:t>
      </w:r>
    </w:p>
    <w:p w14:paraId="569561D8" w14:textId="77777777" w:rsidR="00804C5E" w:rsidRDefault="00000000">
      <w:pPr>
        <w:spacing w:after="60"/>
        <w:ind w:left="369" w:hanging="255"/>
      </w:pPr>
      <w:r>
        <w:rPr>
          <w:b/>
        </w:rPr>
        <w:t xml:space="preserve">• </w:t>
      </w:r>
      <w:r>
        <w:t>copia fronte/retro di un documento di identità in corso di validità;</w:t>
      </w:r>
    </w:p>
    <w:p w14:paraId="3BD78199" w14:textId="77777777" w:rsidR="00804C5E" w:rsidRDefault="00000000">
      <w:pPr>
        <w:spacing w:after="60"/>
        <w:ind w:left="369" w:hanging="255"/>
      </w:pPr>
      <w:r>
        <w:rPr>
          <w:b/>
        </w:rPr>
        <w:t xml:space="preserve">• </w:t>
      </w:r>
      <w:r>
        <w:t>copia della presente domanda debitamente compilata e sottoscritta.</w:t>
      </w:r>
    </w:p>
    <w:p w14:paraId="55939429" w14:textId="77777777" w:rsidR="00804C5E" w:rsidRDefault="00804C5E">
      <w:pPr>
        <w:spacing w:after="1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6"/>
        <w:gridCol w:w="4816"/>
      </w:tblGrid>
      <w:tr w:rsidR="005472E2" w14:paraId="2610C75B" w14:textId="77777777" w:rsidTr="00C607B9">
        <w:trPr>
          <w:jc w:val="center"/>
        </w:trPr>
        <w:tc>
          <w:tcPr>
            <w:tcW w:w="487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D20BC2" w14:textId="77777777" w:rsidR="005472E2" w:rsidRDefault="005472E2" w:rsidP="00C607B9">
            <w:pPr>
              <w:spacing w:after="0"/>
            </w:pPr>
            <w:proofErr w:type="spellStart"/>
            <w:r>
              <w:rPr>
                <w:b/>
              </w:rPr>
              <w:t>Luogo</w:t>
            </w:r>
            <w:proofErr w:type="spellEnd"/>
            <w:r>
              <w:rPr>
                <w:b/>
              </w:rPr>
              <w:t xml:space="preserve"> e data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________________________________</w:t>
            </w:r>
          </w:p>
        </w:tc>
        <w:tc>
          <w:tcPr>
            <w:tcW w:w="487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1A17D4" w14:textId="77777777" w:rsidR="005472E2" w:rsidRDefault="005472E2" w:rsidP="00C607B9">
            <w:pPr>
              <w:spacing w:after="0"/>
            </w:pPr>
            <w:proofErr w:type="spellStart"/>
            <w:r>
              <w:rPr>
                <w:b/>
              </w:rPr>
              <w:t>Firma</w:t>
            </w:r>
            <w:proofErr w:type="spellEnd"/>
            <w:r>
              <w:rPr>
                <w:b/>
              </w:rPr>
              <w:t xml:space="preserve"> del/</w:t>
            </w:r>
            <w:proofErr w:type="spellStart"/>
            <w:r>
              <w:rPr>
                <w:b/>
              </w:rPr>
              <w:t>della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candidato</w:t>
            </w:r>
            <w:proofErr w:type="spellEnd"/>
            <w:r>
              <w:rPr>
                <w:b/>
              </w:rPr>
              <w:t>/a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________________________________</w:t>
            </w:r>
          </w:p>
        </w:tc>
      </w:tr>
    </w:tbl>
    <w:p w14:paraId="0F88452A" w14:textId="77777777" w:rsidR="005472E2" w:rsidRDefault="005472E2">
      <w:pPr>
        <w:spacing w:before="160" w:after="160"/>
        <w:rPr>
          <w:i/>
          <w:sz w:val="18"/>
        </w:rPr>
      </w:pPr>
    </w:p>
    <w:p w14:paraId="508069F3" w14:textId="200233C1" w:rsidR="00804C5E" w:rsidRDefault="00000000">
      <w:pPr>
        <w:spacing w:before="160" w:after="160"/>
      </w:pPr>
      <w:r>
        <w:rPr>
          <w:i/>
          <w:sz w:val="18"/>
        </w:rPr>
        <w:t xml:space="preserve">(La </w:t>
      </w:r>
      <w:proofErr w:type="spellStart"/>
      <w:r>
        <w:rPr>
          <w:i/>
          <w:sz w:val="18"/>
        </w:rPr>
        <w:t>firma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deve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essere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autografa</w:t>
      </w:r>
      <w:proofErr w:type="spellEnd"/>
      <w:r>
        <w:rPr>
          <w:i/>
          <w:sz w:val="18"/>
        </w:rPr>
        <w:t>; in caso di trasmissione tramite PEC, la domanda deve essere firmata digitalmente o sottoscritta a mano e acquisita in copia scannerizzata.)</w:t>
      </w:r>
    </w:p>
    <w:p w14:paraId="696D8237" w14:textId="77777777" w:rsidR="00804C5E" w:rsidRDefault="00000000">
      <w:pPr>
        <w:spacing w:after="60"/>
      </w:pPr>
      <w:r>
        <w:rPr>
          <w:b/>
          <w:sz w:val="22"/>
        </w:rPr>
        <w:t>Oggetto PEC</w:t>
      </w:r>
    </w:p>
    <w:p w14:paraId="29296A3F" w14:textId="77777777" w:rsidR="00804C5E" w:rsidRDefault="00000000">
      <w:pPr>
        <w:spacing w:after="0"/>
        <w:ind w:left="170"/>
      </w:pPr>
      <w:r>
        <w:rPr>
          <w:b/>
        </w:rPr>
        <w:t>Domanda di partecipazione selezione interna temporanea Sorvegliante di Igiene Urbana – [NOME COGNOME]</w:t>
      </w:r>
    </w:p>
    <w:sectPr w:rsidR="00804C5E" w:rsidSect="00034616"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6297398">
    <w:abstractNumId w:val="8"/>
  </w:num>
  <w:num w:numId="2" w16cid:durableId="605618774">
    <w:abstractNumId w:val="6"/>
  </w:num>
  <w:num w:numId="3" w16cid:durableId="828403358">
    <w:abstractNumId w:val="5"/>
  </w:num>
  <w:num w:numId="4" w16cid:durableId="2020887982">
    <w:abstractNumId w:val="4"/>
  </w:num>
  <w:num w:numId="5" w16cid:durableId="1754008671">
    <w:abstractNumId w:val="7"/>
  </w:num>
  <w:num w:numId="6" w16cid:durableId="1981841164">
    <w:abstractNumId w:val="3"/>
  </w:num>
  <w:num w:numId="7" w16cid:durableId="2083604456">
    <w:abstractNumId w:val="2"/>
  </w:num>
  <w:num w:numId="8" w16cid:durableId="309402393">
    <w:abstractNumId w:val="1"/>
  </w:num>
  <w:num w:numId="9" w16cid:durableId="892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125"/>
    <w:rsid w:val="0015074B"/>
    <w:rsid w:val="0015500C"/>
    <w:rsid w:val="0029639D"/>
    <w:rsid w:val="00326F90"/>
    <w:rsid w:val="005122FC"/>
    <w:rsid w:val="005472E2"/>
    <w:rsid w:val="00804C5E"/>
    <w:rsid w:val="009B011F"/>
    <w:rsid w:val="00AA1D8D"/>
    <w:rsid w:val="00B47730"/>
    <w:rsid w:val="00CB0664"/>
    <w:rsid w:val="00D76ACF"/>
    <w:rsid w:val="00FB69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0DDB70"/>
  <w14:defaultImageDpi w14:val="300"/>
  <w15:docId w15:val="{7905C9AA-A86E-4EA8-95DD-BEAB17AD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9B011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maq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2026-09-17T13:54:00Z</dcterms:created>
  <dcterms:modified xsi:type="dcterms:W3CDTF">2026-09-17T13:54:00Z</dcterms:modified>
  <cp:category/>
</cp:coreProperties>
</file>